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05C7E" w14:textId="77777777" w:rsidR="003A6554" w:rsidRPr="00A42F16" w:rsidRDefault="00000000" w:rsidP="00A42F16">
      <w:pPr>
        <w:pStyle w:val="aa"/>
        <w:jc w:val="center"/>
        <w:rPr>
          <w:rFonts w:ascii="BIZ UDPゴシック" w:eastAsia="BIZ UDPゴシック" w:hAnsi="BIZ UDPゴシック"/>
          <w:sz w:val="36"/>
          <w:szCs w:val="36"/>
          <w:lang w:eastAsia="ja-JP"/>
        </w:rPr>
      </w:pPr>
      <w:r w:rsidRPr="00A42F16">
        <w:rPr>
          <w:rFonts w:ascii="BIZ UDPゴシック" w:eastAsia="BIZ UDPゴシック" w:hAnsi="BIZ UDPゴシック"/>
          <w:sz w:val="36"/>
          <w:szCs w:val="36"/>
          <w:lang w:eastAsia="ja-JP"/>
        </w:rPr>
        <w:t>地方創生☆政策アイデアコンテスト</w:t>
      </w:r>
      <w:r w:rsidR="003A6554" w:rsidRPr="00A42F16">
        <w:rPr>
          <w:rFonts w:ascii="BIZ UDPゴシック" w:eastAsia="BIZ UDPゴシック" w:hAnsi="BIZ UDPゴシック" w:hint="eastAsia"/>
          <w:sz w:val="36"/>
          <w:szCs w:val="36"/>
          <w:lang w:eastAsia="ja-JP"/>
        </w:rPr>
        <w:t>2026</w:t>
      </w:r>
    </w:p>
    <w:p w14:paraId="2375DF52" w14:textId="6E01806E" w:rsidR="00A42F16" w:rsidRPr="00A42F16" w:rsidRDefault="00000000" w:rsidP="00A42F16">
      <w:pPr>
        <w:pStyle w:val="aa"/>
        <w:jc w:val="center"/>
        <w:rPr>
          <w:rFonts w:ascii="BIZ UDPゴシック" w:eastAsia="BIZ UDPゴシック" w:hAnsi="BIZ UDPゴシック"/>
          <w:sz w:val="36"/>
          <w:szCs w:val="36"/>
          <w:lang w:eastAsia="ja-JP"/>
        </w:rPr>
      </w:pPr>
      <w:r w:rsidRPr="00A42F16">
        <w:rPr>
          <w:rFonts w:ascii="BIZ UDPゴシック" w:eastAsia="BIZ UDPゴシック" w:hAnsi="BIZ UDPゴシック"/>
          <w:sz w:val="36"/>
          <w:szCs w:val="36"/>
          <w:lang w:eastAsia="ja-JP"/>
        </w:rPr>
        <w:t>応募フォーム</w:t>
      </w:r>
    </w:p>
    <w:p w14:paraId="52D88087" w14:textId="39B82562" w:rsidR="005D4F85" w:rsidRPr="00815EC1" w:rsidRDefault="00000000">
      <w:pPr>
        <w:pStyle w:val="1"/>
        <w:rPr>
          <w:rFonts w:ascii="BIZ UDPゴシック" w:eastAsia="BIZ UDPゴシック" w:hAnsi="BIZ UDPゴシック"/>
          <w:sz w:val="16"/>
          <w:szCs w:val="16"/>
          <w:lang w:eastAsia="ja-JP"/>
        </w:rPr>
      </w:pPr>
      <w:r w:rsidRPr="00A42F16">
        <w:rPr>
          <w:rFonts w:ascii="BIZ UDPゴシック" w:eastAsia="BIZ UDPゴシック" w:hAnsi="BIZ UDPゴシック"/>
          <w:b/>
          <w:bCs/>
          <w:sz w:val="28"/>
          <w:szCs w:val="28"/>
          <w:lang w:eastAsia="ja-JP"/>
        </w:rPr>
        <w:t xml:space="preserve">SECTION 1 </w:t>
      </w:r>
      <w:r w:rsidRPr="00E30D24">
        <w:rPr>
          <w:rFonts w:ascii="BIZ UDPゴシック" w:eastAsia="BIZ UDPゴシック" w:hAnsi="BIZ UDPゴシック"/>
          <w:b/>
          <w:bCs/>
          <w:sz w:val="28"/>
          <w:szCs w:val="28"/>
          <w:lang w:eastAsia="ja-JP"/>
        </w:rPr>
        <w:t>チーム・応募者情報</w:t>
      </w:r>
      <w:r w:rsidR="00815EC1" w:rsidRPr="00815EC1">
        <w:rPr>
          <w:rFonts w:ascii="BIZ UDPゴシック" w:eastAsia="BIZ UDPゴシック" w:hAnsi="BIZ UDPゴシック" w:hint="eastAsia"/>
          <w:sz w:val="16"/>
          <w:szCs w:val="16"/>
          <w:lang w:eastAsia="ja-JP"/>
        </w:rPr>
        <w:t>（事務局からの連絡や有事の際の連絡に使用します）</w:t>
      </w:r>
    </w:p>
    <w:p w14:paraId="657B8CD8" w14:textId="6AB4533B" w:rsidR="00A42F16" w:rsidRDefault="00D20900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Pr="004A1BA6">
        <w:rPr>
          <w:rFonts w:ascii="BIZ UDPゴシック" w:eastAsia="BIZ UDPゴシック" w:hAnsi="BIZ UDPゴシック"/>
          <w:lang w:eastAsia="ja-JP"/>
        </w:rPr>
        <w:t>チーム名</w:t>
      </w:r>
      <w:r w:rsidR="00815EC1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（</w:t>
      </w:r>
      <w:r w:rsidR="00E72759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 xml:space="preserve">グループの場合必須　</w:t>
      </w:r>
      <w:r w:rsidR="00815EC1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個人での応募の際、チーム名は任意です</w:t>
      </w:r>
      <w:r w:rsidR="00E72759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。</w:t>
      </w:r>
      <w:r w:rsidR="00815EC1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）</w:t>
      </w:r>
      <w:r w:rsidRPr="004A1BA6">
        <w:rPr>
          <w:rFonts w:ascii="BIZ UDPゴシック" w:eastAsia="BIZ UDPゴシック" w:hAnsi="BIZ UDPゴシック"/>
          <w:lang w:eastAsia="ja-JP"/>
        </w:rPr>
        <w:t>：</w:t>
      </w:r>
    </w:p>
    <w:p w14:paraId="437BFEB2" w14:textId="2440D015" w:rsidR="005D4F85" w:rsidRPr="003A6554" w:rsidRDefault="00D20900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Pr="003A6554">
        <w:rPr>
          <w:rFonts w:ascii="BIZ UDPゴシック" w:eastAsia="BIZ UDPゴシック" w:hAnsi="BIZ UDPゴシック"/>
          <w:lang w:eastAsia="ja-JP"/>
        </w:rPr>
        <w:t>チーム名</w:t>
      </w:r>
      <w:r w:rsidRPr="00A42F16">
        <w:rPr>
          <w:rFonts w:ascii="BIZ UDPゴシック" w:eastAsia="BIZ UDPゴシック" w:hAnsi="BIZ UDPゴシック"/>
          <w:sz w:val="20"/>
          <w:szCs w:val="20"/>
          <w:lang w:eastAsia="ja-JP"/>
        </w:rPr>
        <w:t>（カタカナ）</w:t>
      </w:r>
      <w:r w:rsidRPr="003A6554">
        <w:rPr>
          <w:rFonts w:ascii="BIZ UDPゴシック" w:eastAsia="BIZ UDPゴシック" w:hAnsi="BIZ UDPゴシック"/>
          <w:lang w:eastAsia="ja-JP"/>
        </w:rPr>
        <w:t>：</w:t>
      </w:r>
    </w:p>
    <w:p w14:paraId="06E6B880" w14:textId="7F9E7C10" w:rsidR="005D4F85" w:rsidRPr="003A6554" w:rsidRDefault="00D20900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Pr="003A6554">
        <w:rPr>
          <w:rFonts w:ascii="BIZ UDPゴシック" w:eastAsia="BIZ UDPゴシック" w:hAnsi="BIZ UDPゴシック"/>
          <w:lang w:eastAsia="ja-JP"/>
        </w:rPr>
        <w:t>会社名・学校名</w:t>
      </w:r>
      <w:r w:rsidR="003926E5">
        <w:rPr>
          <w:rFonts w:ascii="BIZ UDPゴシック" w:eastAsia="BIZ UDPゴシック" w:hAnsi="BIZ UDPゴシック" w:hint="eastAsia"/>
          <w:lang w:eastAsia="ja-JP"/>
        </w:rPr>
        <w:t>（必須）</w:t>
      </w:r>
      <w:r w:rsidRPr="003A6554">
        <w:rPr>
          <w:rFonts w:ascii="BIZ UDPゴシック" w:eastAsia="BIZ UDPゴシック" w:hAnsi="BIZ UDPゴシック"/>
          <w:lang w:eastAsia="ja-JP"/>
        </w:rPr>
        <w:t>：</w:t>
      </w:r>
    </w:p>
    <w:p w14:paraId="5C40C510" w14:textId="71B31052" w:rsidR="005D4F85" w:rsidRPr="003A6554" w:rsidRDefault="00D20900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Pr="003A6554">
        <w:rPr>
          <w:rFonts w:ascii="BIZ UDPゴシック" w:eastAsia="BIZ UDPゴシック" w:hAnsi="BIZ UDPゴシック"/>
          <w:lang w:eastAsia="ja-JP"/>
        </w:rPr>
        <w:t>チーム代表者の電話番号</w:t>
      </w:r>
      <w:r w:rsidR="003926E5">
        <w:rPr>
          <w:rFonts w:ascii="BIZ UDPゴシック" w:eastAsia="BIZ UDPゴシック" w:hAnsi="BIZ UDPゴシック" w:hint="eastAsia"/>
          <w:lang w:eastAsia="ja-JP"/>
        </w:rPr>
        <w:t>（必須）</w:t>
      </w:r>
      <w:r w:rsidRPr="003A6554">
        <w:rPr>
          <w:rFonts w:ascii="BIZ UDPゴシック" w:eastAsia="BIZ UDPゴシック" w:hAnsi="BIZ UDPゴシック"/>
          <w:lang w:eastAsia="ja-JP"/>
        </w:rPr>
        <w:t>：</w:t>
      </w:r>
    </w:p>
    <w:p w14:paraId="3BD4EA5A" w14:textId="53BF531D" w:rsidR="005D4F85" w:rsidRPr="003A6554" w:rsidRDefault="00D20900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Pr="003A6554">
        <w:rPr>
          <w:rFonts w:ascii="BIZ UDPゴシック" w:eastAsia="BIZ UDPゴシック" w:hAnsi="BIZ UDPゴシック"/>
          <w:lang w:eastAsia="ja-JP"/>
        </w:rPr>
        <w:t>人数</w:t>
      </w:r>
      <w:r w:rsidR="00E72759">
        <w:rPr>
          <w:rFonts w:ascii="BIZ UDPゴシック" w:eastAsia="BIZ UDPゴシック" w:hAnsi="BIZ UDPゴシック" w:hint="eastAsia"/>
          <w:lang w:eastAsia="ja-JP"/>
        </w:rPr>
        <w:t>（必須）</w:t>
      </w:r>
      <w:r w:rsidRPr="003A6554">
        <w:rPr>
          <w:rFonts w:ascii="BIZ UDPゴシック" w:eastAsia="BIZ UDPゴシック" w:hAnsi="BIZ UDPゴシック"/>
          <w:lang w:eastAsia="ja-JP"/>
        </w:rPr>
        <w:t>：</w:t>
      </w:r>
    </w:p>
    <w:p w14:paraId="260E23EC" w14:textId="7D3F2D5D" w:rsidR="00C64B0F" w:rsidRDefault="00D20900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Pr="003A6554">
        <w:rPr>
          <w:rFonts w:ascii="BIZ UDPゴシック" w:eastAsia="BIZ UDPゴシック" w:hAnsi="BIZ UDPゴシック"/>
          <w:lang w:eastAsia="ja-JP"/>
        </w:rPr>
        <w:t>応募者氏名</w:t>
      </w:r>
      <w:r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（</w:t>
      </w:r>
      <w:r w:rsidR="00E72759">
        <w:rPr>
          <w:rFonts w:ascii="BIZ UDPゴシック" w:eastAsia="BIZ UDPゴシック" w:hAnsi="BIZ UDPゴシック" w:hint="eastAsia"/>
          <w:lang w:eastAsia="ja-JP"/>
        </w:rPr>
        <w:t>必須）（</w:t>
      </w:r>
      <w:r w:rsidR="003A6554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すべての応募者氏名</w:t>
      </w:r>
      <w:r w:rsidR="00815EC1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（漢字</w:t>
      </w:r>
      <w:r w:rsidR="00A42F16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・</w:t>
      </w:r>
      <w:r w:rsidR="00815EC1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かな）</w:t>
      </w:r>
      <w:r w:rsidR="003A6554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を</w:t>
      </w:r>
      <w:r w:rsidR="00E30D24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記載</w:t>
      </w:r>
      <w:r w:rsidR="003A6554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してください</w:t>
      </w:r>
      <w:r w:rsidR="00E72759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。</w:t>
      </w:r>
      <w:r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）</w:t>
      </w:r>
    </w:p>
    <w:p w14:paraId="0EE478F8" w14:textId="77777777" w:rsidR="00A42F16" w:rsidRDefault="00A42F16">
      <w:pPr>
        <w:rPr>
          <w:rFonts w:ascii="BIZ UDPゴシック" w:eastAsia="BIZ UDPゴシック" w:hAnsi="BIZ UDPゴシック"/>
          <w:lang w:eastAsia="ja-JP"/>
        </w:rPr>
      </w:pPr>
    </w:p>
    <w:p w14:paraId="1DE88B7F" w14:textId="3ECDB9B9" w:rsidR="005D4F85" w:rsidRPr="00815EC1" w:rsidRDefault="00000000">
      <w:pPr>
        <w:pStyle w:val="1"/>
        <w:rPr>
          <w:rFonts w:ascii="BIZ UDPゴシック" w:eastAsia="BIZ UDPゴシック" w:hAnsi="BIZ UDPゴシック"/>
          <w:sz w:val="16"/>
          <w:szCs w:val="16"/>
          <w:lang w:eastAsia="ja-JP"/>
        </w:rPr>
      </w:pPr>
      <w:r w:rsidRPr="00A42F16">
        <w:rPr>
          <w:rFonts w:ascii="BIZ UDPゴシック" w:eastAsia="BIZ UDPゴシック" w:hAnsi="BIZ UDPゴシック"/>
          <w:b/>
          <w:bCs/>
          <w:sz w:val="28"/>
          <w:szCs w:val="28"/>
          <w:lang w:eastAsia="ja-JP"/>
        </w:rPr>
        <w:t>SECTION 2 政策アイデア情報</w:t>
      </w:r>
      <w:r w:rsidR="00815EC1" w:rsidRPr="00815EC1">
        <w:rPr>
          <w:rFonts w:ascii="BIZ UDPゴシック" w:eastAsia="BIZ UDPゴシック" w:hAnsi="BIZ UDPゴシック" w:hint="eastAsia"/>
          <w:sz w:val="16"/>
          <w:szCs w:val="16"/>
          <w:lang w:eastAsia="ja-JP"/>
        </w:rPr>
        <w:t>（作品名と対象地域を</w:t>
      </w:r>
      <w:r w:rsidR="00A42F16">
        <w:rPr>
          <w:rFonts w:ascii="BIZ UDPゴシック" w:eastAsia="BIZ UDPゴシック" w:hAnsi="BIZ UDPゴシック" w:hint="eastAsia"/>
          <w:sz w:val="16"/>
          <w:szCs w:val="16"/>
          <w:lang w:eastAsia="ja-JP"/>
        </w:rPr>
        <w:t>記入</w:t>
      </w:r>
      <w:r w:rsidR="00815EC1" w:rsidRPr="00815EC1">
        <w:rPr>
          <w:rFonts w:ascii="BIZ UDPゴシック" w:eastAsia="BIZ UDPゴシック" w:hAnsi="BIZ UDPゴシック" w:hint="eastAsia"/>
          <w:sz w:val="16"/>
          <w:szCs w:val="16"/>
          <w:lang w:eastAsia="ja-JP"/>
        </w:rPr>
        <w:t>してください）</w:t>
      </w:r>
    </w:p>
    <w:p w14:paraId="4139CBCA" w14:textId="43E994AD" w:rsidR="00C64B0F" w:rsidRPr="003A6554" w:rsidRDefault="00D20900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Pr="003A6554">
        <w:rPr>
          <w:rFonts w:ascii="BIZ UDPゴシック" w:eastAsia="BIZ UDPゴシック" w:hAnsi="BIZ UDPゴシック"/>
          <w:lang w:eastAsia="ja-JP"/>
        </w:rPr>
        <w:t>政策アイデアの名称</w:t>
      </w:r>
      <w:r w:rsidR="00E72759">
        <w:rPr>
          <w:rFonts w:ascii="BIZ UDPゴシック" w:eastAsia="BIZ UDPゴシック" w:hAnsi="BIZ UDPゴシック" w:hint="eastAsia"/>
          <w:lang w:eastAsia="ja-JP"/>
        </w:rPr>
        <w:t>（必須）</w:t>
      </w:r>
      <w:r w:rsidR="00A42F16">
        <w:rPr>
          <w:rFonts w:ascii="BIZ UDPゴシック" w:eastAsia="BIZ UDPゴシック" w:hAnsi="BIZ UDPゴシック" w:hint="eastAsia"/>
          <w:lang w:eastAsia="ja-JP"/>
        </w:rPr>
        <w:t>：</w:t>
      </w:r>
    </w:p>
    <w:p w14:paraId="361D67F1" w14:textId="0310705E" w:rsidR="00C64B0F" w:rsidRPr="003A6554" w:rsidRDefault="00D20900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Pr="003A6554">
        <w:rPr>
          <w:rFonts w:ascii="BIZ UDPゴシック" w:eastAsia="BIZ UDPゴシック" w:hAnsi="BIZ UDPゴシック"/>
          <w:lang w:eastAsia="ja-JP"/>
        </w:rPr>
        <w:t>政策アイデアの名称</w:t>
      </w:r>
      <w:r w:rsidRPr="00A42F16">
        <w:rPr>
          <w:rFonts w:ascii="BIZ UDPゴシック" w:eastAsia="BIZ UDPゴシック" w:hAnsi="BIZ UDPゴシック"/>
          <w:sz w:val="20"/>
          <w:szCs w:val="20"/>
          <w:lang w:eastAsia="ja-JP"/>
        </w:rPr>
        <w:t>（カタカナ）</w:t>
      </w:r>
      <w:r w:rsidR="00E72759">
        <w:rPr>
          <w:rFonts w:ascii="BIZ UDPゴシック" w:eastAsia="BIZ UDPゴシック" w:hAnsi="BIZ UDPゴシック" w:hint="eastAsia"/>
          <w:lang w:eastAsia="ja-JP"/>
        </w:rPr>
        <w:t>（必須）</w:t>
      </w:r>
      <w:r w:rsid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：</w:t>
      </w:r>
    </w:p>
    <w:p w14:paraId="6D5F14EA" w14:textId="0A958B90" w:rsidR="00A42F16" w:rsidRPr="00A42F16" w:rsidRDefault="00D20900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Pr="003A6554">
        <w:rPr>
          <w:rFonts w:ascii="BIZ UDPゴシック" w:eastAsia="BIZ UDPゴシック" w:hAnsi="BIZ UDPゴシック"/>
          <w:lang w:eastAsia="ja-JP"/>
        </w:rPr>
        <w:t>応募年齢区分</w:t>
      </w:r>
      <w:r w:rsidR="00E72759">
        <w:rPr>
          <w:rFonts w:ascii="BIZ UDPゴシック" w:eastAsia="BIZ UDPゴシック" w:hAnsi="BIZ UDPゴシック" w:hint="eastAsia"/>
          <w:lang w:eastAsia="ja-JP"/>
        </w:rPr>
        <w:t>（必須）</w:t>
      </w:r>
      <w:r w:rsidR="00A42F16">
        <w:rPr>
          <w:rFonts w:ascii="BIZ UDPゴシック" w:eastAsia="BIZ UDPゴシック" w:hAnsi="BIZ UDPゴシック"/>
          <w:lang w:eastAsia="ja-JP"/>
        </w:rPr>
        <w:br/>
      </w:r>
      <w:r w:rsidR="001365DF" w:rsidRPr="00A42F16">
        <w:rPr>
          <w:rFonts w:ascii="BIZ UDPゴシック" w:eastAsia="BIZ UDPゴシック" w:hAnsi="BIZ UDPゴシック" w:hint="eastAsia"/>
          <w:sz w:val="20"/>
          <w:szCs w:val="20"/>
          <w:shd w:val="clear" w:color="auto" w:fill="FFFFFF"/>
          <w:lang w:eastAsia="ja-JP"/>
        </w:rPr>
        <w:t>（チームの構成員が高校生・中学生以下と大学生以上一般の双方に該当する場合は、</w:t>
      </w:r>
      <w:r w:rsidR="00A42F16">
        <w:rPr>
          <w:rFonts w:ascii="BIZ UDPゴシック" w:eastAsia="BIZ UDPゴシック" w:hAnsi="BIZ UDPゴシック"/>
          <w:sz w:val="20"/>
          <w:szCs w:val="20"/>
          <w:shd w:val="clear" w:color="auto" w:fill="FFFFFF"/>
          <w:lang w:eastAsia="ja-JP"/>
        </w:rPr>
        <w:br/>
      </w:r>
      <w:r w:rsidR="001365DF" w:rsidRPr="00A42F16">
        <w:rPr>
          <w:rFonts w:ascii="BIZ UDPゴシック" w:eastAsia="BIZ UDPゴシック" w:hAnsi="BIZ UDPゴシック" w:hint="eastAsia"/>
          <w:sz w:val="20"/>
          <w:szCs w:val="20"/>
          <w:shd w:val="clear" w:color="auto" w:fill="FFFFFF"/>
          <w:lang w:eastAsia="ja-JP"/>
        </w:rPr>
        <w:t>大学生以上一般を選択してください</w:t>
      </w:r>
      <w:r w:rsidR="00E72759">
        <w:rPr>
          <w:rFonts w:ascii="BIZ UDPゴシック" w:eastAsia="BIZ UDPゴシック" w:hAnsi="BIZ UDPゴシック" w:hint="eastAsia"/>
          <w:sz w:val="20"/>
          <w:szCs w:val="20"/>
          <w:shd w:val="clear" w:color="auto" w:fill="FFFFFF"/>
          <w:lang w:eastAsia="ja-JP"/>
        </w:rPr>
        <w:t>。</w:t>
      </w:r>
      <w:r w:rsidR="001365DF" w:rsidRPr="00A42F16">
        <w:rPr>
          <w:rFonts w:ascii="BIZ UDPゴシック" w:eastAsia="BIZ UDPゴシック" w:hAnsi="BIZ UDPゴシック" w:hint="eastAsia"/>
          <w:sz w:val="20"/>
          <w:szCs w:val="20"/>
          <w:shd w:val="clear" w:color="auto" w:fill="FFFFFF"/>
          <w:lang w:eastAsia="ja-JP"/>
        </w:rPr>
        <w:t>）</w:t>
      </w:r>
      <w:r w:rsidR="00E72759">
        <w:rPr>
          <w:rFonts w:ascii="BIZ UDPゴシック" w:eastAsia="BIZ UDPゴシック" w:hAnsi="BIZ UDPゴシック" w:hint="eastAsia"/>
          <w:sz w:val="20"/>
          <w:szCs w:val="20"/>
          <w:shd w:val="clear" w:color="auto" w:fill="FFFFFF"/>
          <w:lang w:eastAsia="ja-JP"/>
        </w:rPr>
        <w:t>：</w:t>
      </w:r>
    </w:p>
    <w:p w14:paraId="442168AB" w14:textId="5716BD89" w:rsidR="005D4F85" w:rsidRPr="003A6554" w:rsidRDefault="0054721B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 xml:space="preserve">□大学生以上一般　</w:t>
      </w:r>
      <w:r w:rsidR="003A6554">
        <w:rPr>
          <w:rFonts w:ascii="BIZ UDPゴシック" w:eastAsia="BIZ UDPゴシック" w:hAnsi="BIZ UDPゴシック" w:hint="eastAsia"/>
          <w:lang w:eastAsia="ja-JP"/>
        </w:rPr>
        <w:t xml:space="preserve">□高校生以下　</w:t>
      </w:r>
      <w:r w:rsidR="00A42F16">
        <w:rPr>
          <w:rFonts w:ascii="BIZ UDPゴシック" w:eastAsia="BIZ UDPゴシック" w:hAnsi="BIZ UDPゴシック"/>
          <w:lang w:eastAsia="ja-JP"/>
        </w:rPr>
        <w:br/>
      </w:r>
    </w:p>
    <w:p w14:paraId="50B94D46" w14:textId="6B3563F1" w:rsidR="005D4F85" w:rsidRPr="003A6554" w:rsidRDefault="00D20900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Pr="003A6554">
        <w:rPr>
          <w:rFonts w:ascii="BIZ UDPゴシック" w:eastAsia="BIZ UDPゴシック" w:hAnsi="BIZ UDPゴシック"/>
          <w:lang w:eastAsia="ja-JP"/>
        </w:rPr>
        <w:t>政策アイデア提案者の区分</w:t>
      </w:r>
      <w:r w:rsidR="00E72759">
        <w:rPr>
          <w:rFonts w:ascii="BIZ UDPゴシック" w:eastAsia="BIZ UDPゴシック" w:hAnsi="BIZ UDPゴシック" w:hint="eastAsia"/>
          <w:lang w:eastAsia="ja-JP"/>
        </w:rPr>
        <w:t>（必須）</w:t>
      </w:r>
      <w:r w:rsidR="001365DF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（学生の方は「教育機関」を選択ください</w:t>
      </w:r>
      <w:r w:rsidR="00E72759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。</w:t>
      </w:r>
      <w:r w:rsidR="001365DF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）</w:t>
      </w:r>
      <w:r w:rsidR="00E72759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：</w:t>
      </w:r>
      <w:r w:rsidR="00A42F16">
        <w:rPr>
          <w:rFonts w:ascii="BIZ UDPゴシック" w:eastAsia="BIZ UDPゴシック" w:hAnsi="BIZ UDPゴシック"/>
          <w:sz w:val="20"/>
          <w:szCs w:val="20"/>
          <w:lang w:eastAsia="ja-JP"/>
        </w:rPr>
        <w:br/>
      </w:r>
      <w:r w:rsidR="003A6554">
        <w:rPr>
          <w:rFonts w:ascii="BIZ UDPゴシック" w:eastAsia="BIZ UDPゴシック" w:hAnsi="BIZ UDPゴシック" w:hint="eastAsia"/>
          <w:lang w:eastAsia="ja-JP"/>
        </w:rPr>
        <w:t>□教育</w:t>
      </w:r>
      <w:r w:rsidR="00A85726">
        <w:rPr>
          <w:rFonts w:ascii="BIZ UDPゴシック" w:eastAsia="BIZ UDPゴシック" w:hAnsi="BIZ UDPゴシック" w:hint="eastAsia"/>
          <w:lang w:eastAsia="ja-JP"/>
        </w:rPr>
        <w:t>機関</w:t>
      </w:r>
      <w:r w:rsidR="0054721B">
        <w:rPr>
          <w:rFonts w:ascii="BIZ UDPゴシック" w:eastAsia="BIZ UDPゴシック" w:hAnsi="BIZ UDPゴシック" w:hint="eastAsia"/>
          <w:lang w:eastAsia="ja-JP"/>
        </w:rPr>
        <w:t xml:space="preserve">　□地方公共団体　□研究機関　□民間企業・団体　□その他団体</w:t>
      </w:r>
    </w:p>
    <w:p w14:paraId="76A54C4A" w14:textId="0C29DF4A" w:rsidR="00C64B0F" w:rsidRPr="00A42F16" w:rsidRDefault="00D20900">
      <w:pPr>
        <w:rPr>
          <w:rFonts w:ascii="BIZ UDPゴシック" w:eastAsia="BIZ UDPゴシック" w:hAnsi="BIZ UDPゴシック"/>
          <w:sz w:val="20"/>
          <w:szCs w:val="20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="003A6554">
        <w:rPr>
          <w:rFonts w:ascii="BIZ UDPゴシック" w:eastAsia="BIZ UDPゴシック" w:hAnsi="BIZ UDPゴシック" w:hint="eastAsia"/>
          <w:lang w:eastAsia="ja-JP"/>
        </w:rPr>
        <w:t>応募作品の主な</w:t>
      </w:r>
      <w:r w:rsidR="003A6554" w:rsidRPr="003A6554">
        <w:rPr>
          <w:rFonts w:ascii="BIZ UDPゴシック" w:eastAsia="BIZ UDPゴシック" w:hAnsi="BIZ UDPゴシック"/>
          <w:lang w:eastAsia="ja-JP"/>
        </w:rPr>
        <w:t>分析対象地域</w:t>
      </w:r>
      <w:r w:rsidR="003A6554" w:rsidRPr="00A42F16">
        <w:rPr>
          <w:rFonts w:ascii="BIZ UDPゴシック" w:eastAsia="BIZ UDPゴシック" w:hAnsi="BIZ UDPゴシック"/>
          <w:sz w:val="20"/>
          <w:szCs w:val="20"/>
          <w:lang w:eastAsia="ja-JP"/>
        </w:rPr>
        <w:t>（都道府県）</w:t>
      </w:r>
      <w:r w:rsidR="00E72759">
        <w:rPr>
          <w:rFonts w:ascii="BIZ UDPゴシック" w:eastAsia="BIZ UDPゴシック" w:hAnsi="BIZ UDPゴシック" w:hint="eastAsia"/>
          <w:lang w:eastAsia="ja-JP"/>
        </w:rPr>
        <w:t>（必須）</w:t>
      </w:r>
      <w:r w:rsidR="00A42F16">
        <w:rPr>
          <w:rFonts w:ascii="BIZ UDPゴシック" w:eastAsia="BIZ UDPゴシック" w:hAnsi="BIZ UDPゴシック"/>
          <w:sz w:val="20"/>
          <w:szCs w:val="20"/>
          <w:lang w:eastAsia="ja-JP"/>
        </w:rPr>
        <w:br/>
      </w:r>
      <w:r w:rsidR="00C64B0F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（対象とする地域が複数の都道府県からなる場合は、主な都道府県を記載してください</w:t>
      </w:r>
      <w:r w:rsidR="00E72759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。</w:t>
      </w:r>
      <w:r w:rsidR="00C64B0F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）</w:t>
      </w:r>
      <w:r w:rsidR="00005502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：</w:t>
      </w:r>
      <w:r w:rsidR="00A42F16">
        <w:rPr>
          <w:rFonts w:ascii="BIZ UDPゴシック" w:eastAsia="BIZ UDPゴシック" w:hAnsi="BIZ UDPゴシック"/>
          <w:lang w:eastAsia="ja-JP"/>
        </w:rPr>
        <w:br/>
      </w:r>
    </w:p>
    <w:p w14:paraId="0D0E6A84" w14:textId="6F319224" w:rsidR="005D4F85" w:rsidRPr="00A42F16" w:rsidRDefault="00D20900">
      <w:pPr>
        <w:rPr>
          <w:rFonts w:ascii="BIZ UDPゴシック" w:eastAsia="BIZ UDPゴシック" w:hAnsi="BIZ UDPゴシック"/>
          <w:sz w:val="20"/>
          <w:szCs w:val="20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="003A6554">
        <w:rPr>
          <w:rFonts w:ascii="BIZ UDPゴシック" w:eastAsia="BIZ UDPゴシック" w:hAnsi="BIZ UDPゴシック" w:hint="eastAsia"/>
          <w:lang w:eastAsia="ja-JP"/>
        </w:rPr>
        <w:t>応募作品の主な</w:t>
      </w:r>
      <w:r w:rsidR="003A6554" w:rsidRPr="003A6554">
        <w:rPr>
          <w:rFonts w:ascii="BIZ UDPゴシック" w:eastAsia="BIZ UDPゴシック" w:hAnsi="BIZ UDPゴシック"/>
          <w:lang w:eastAsia="ja-JP"/>
        </w:rPr>
        <w:t>分析対象地域</w:t>
      </w:r>
      <w:r w:rsidR="003A6554" w:rsidRPr="00A42F16">
        <w:rPr>
          <w:rFonts w:ascii="BIZ UDPゴシック" w:eastAsia="BIZ UDPゴシック" w:hAnsi="BIZ UDPゴシック"/>
          <w:sz w:val="20"/>
          <w:szCs w:val="20"/>
          <w:lang w:eastAsia="ja-JP"/>
        </w:rPr>
        <w:t>（市区町村）</w:t>
      </w:r>
      <w:r w:rsidR="00E72759">
        <w:rPr>
          <w:rFonts w:ascii="BIZ UDPゴシック" w:eastAsia="BIZ UDPゴシック" w:hAnsi="BIZ UDPゴシック" w:hint="eastAsia"/>
          <w:lang w:eastAsia="ja-JP"/>
        </w:rPr>
        <w:t>（必須）</w:t>
      </w:r>
      <w:r w:rsidR="00A42F16">
        <w:rPr>
          <w:rFonts w:ascii="BIZ UDPゴシック" w:eastAsia="BIZ UDPゴシック" w:hAnsi="BIZ UDPゴシック"/>
          <w:sz w:val="20"/>
          <w:szCs w:val="20"/>
          <w:lang w:eastAsia="ja-JP"/>
        </w:rPr>
        <w:br/>
      </w:r>
      <w:r w:rsidR="00C64B0F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（都道府県全体を対象とする場合は「全域」と記載してください。複数地域を対象とする場合は主な市区町村名を記載してください</w:t>
      </w:r>
      <w:r w:rsidR="00E72759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。</w:t>
      </w:r>
      <w:r w:rsidR="00C64B0F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）</w:t>
      </w:r>
      <w:r w:rsidR="00E72759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：</w:t>
      </w:r>
    </w:p>
    <w:p w14:paraId="670BB39B" w14:textId="77777777" w:rsidR="00C64B0F" w:rsidRPr="003A6554" w:rsidRDefault="00C64B0F">
      <w:pPr>
        <w:rPr>
          <w:rFonts w:ascii="BIZ UDPゴシック" w:eastAsia="BIZ UDPゴシック" w:hAnsi="BIZ UDPゴシック"/>
          <w:lang w:eastAsia="ja-JP"/>
        </w:rPr>
      </w:pPr>
    </w:p>
    <w:p w14:paraId="6A6E882D" w14:textId="1184BEBC" w:rsidR="00A42F16" w:rsidRDefault="00D20900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="00C64B0F">
        <w:rPr>
          <w:rFonts w:ascii="BIZ UDPゴシック" w:eastAsia="BIZ UDPゴシック" w:hAnsi="BIZ UDPゴシック" w:hint="eastAsia"/>
          <w:lang w:eastAsia="ja-JP"/>
        </w:rPr>
        <w:t>応募作品のそ</w:t>
      </w:r>
      <w:r w:rsidRPr="003A6554">
        <w:rPr>
          <w:rFonts w:ascii="BIZ UDPゴシック" w:eastAsia="BIZ UDPゴシック" w:hAnsi="BIZ UDPゴシック"/>
          <w:lang w:eastAsia="ja-JP"/>
        </w:rPr>
        <w:t>の他の</w:t>
      </w:r>
      <w:r w:rsidR="00C64B0F">
        <w:rPr>
          <w:rFonts w:ascii="BIZ UDPゴシック" w:eastAsia="BIZ UDPゴシック" w:hAnsi="BIZ UDPゴシック" w:hint="eastAsia"/>
          <w:lang w:eastAsia="ja-JP"/>
        </w:rPr>
        <w:t>分析</w:t>
      </w:r>
      <w:r w:rsidRPr="003A6554">
        <w:rPr>
          <w:rFonts w:ascii="BIZ UDPゴシック" w:eastAsia="BIZ UDPゴシック" w:hAnsi="BIZ UDPゴシック"/>
          <w:lang w:eastAsia="ja-JP"/>
        </w:rPr>
        <w:t>対象地域</w:t>
      </w:r>
      <w:r w:rsidR="00C64B0F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（都道府県・市区町村）</w:t>
      </w:r>
      <w:r w:rsidR="00A42F16">
        <w:rPr>
          <w:rFonts w:ascii="BIZ UDPゴシック" w:eastAsia="BIZ UDPゴシック" w:hAnsi="BIZ UDPゴシック"/>
          <w:sz w:val="20"/>
          <w:szCs w:val="20"/>
          <w:lang w:eastAsia="ja-JP"/>
        </w:rPr>
        <w:br/>
      </w:r>
      <w:r w:rsidR="0054721B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（</w:t>
      </w:r>
      <w:r w:rsidR="00C64B0F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複数地域を対象とした場合、主な対象地域として、未記載（上記主な分析対象地域以外）の都道府県名・市区町村名を記載してください</w:t>
      </w:r>
      <w:r w:rsidR="0054721B" w:rsidRPr="00A42F16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）</w:t>
      </w:r>
      <w:r w:rsidR="00005502">
        <w:rPr>
          <w:rFonts w:ascii="BIZ UDPゴシック" w:eastAsia="BIZ UDPゴシック" w:hAnsi="BIZ UDPゴシック" w:hint="eastAsia"/>
          <w:sz w:val="20"/>
          <w:szCs w:val="20"/>
          <w:lang w:eastAsia="ja-JP"/>
        </w:rPr>
        <w:t>：</w:t>
      </w:r>
      <w:r w:rsidR="00A42F16">
        <w:rPr>
          <w:rFonts w:ascii="BIZ UDPゴシック" w:eastAsia="BIZ UDPゴシック" w:hAnsi="BIZ UDPゴシック"/>
          <w:sz w:val="20"/>
          <w:szCs w:val="20"/>
          <w:lang w:eastAsia="ja-JP"/>
        </w:rPr>
        <w:br/>
      </w:r>
    </w:p>
    <w:p w14:paraId="43BC2B41" w14:textId="3D67C771" w:rsidR="005D4F85" w:rsidRPr="0054721B" w:rsidRDefault="00000000">
      <w:pPr>
        <w:pStyle w:val="1"/>
        <w:rPr>
          <w:rFonts w:ascii="BIZ UDPゴシック" w:eastAsia="BIZ UDPゴシック" w:hAnsi="BIZ UDPゴシック"/>
          <w:sz w:val="16"/>
          <w:szCs w:val="16"/>
          <w:lang w:eastAsia="ja-JP"/>
        </w:rPr>
      </w:pPr>
      <w:r w:rsidRPr="00A42F16">
        <w:rPr>
          <w:rFonts w:ascii="BIZ UDPゴシック" w:eastAsia="BIZ UDPゴシック" w:hAnsi="BIZ UDPゴシック"/>
          <w:b/>
          <w:bCs/>
          <w:sz w:val="28"/>
          <w:szCs w:val="28"/>
          <w:lang w:eastAsia="ja-JP"/>
        </w:rPr>
        <w:lastRenderedPageBreak/>
        <w:t>SECTION 3 分析内容</w:t>
      </w:r>
      <w:r w:rsidR="00E30D24">
        <w:rPr>
          <w:rFonts w:ascii="BIZ UDPゴシック" w:eastAsia="BIZ UDPゴシック" w:hAnsi="BIZ UDPゴシック" w:hint="eastAsia"/>
          <w:b/>
          <w:bCs/>
          <w:sz w:val="28"/>
          <w:szCs w:val="28"/>
          <w:lang w:eastAsia="ja-JP"/>
        </w:rPr>
        <w:t>・サービス</w:t>
      </w:r>
      <w:r w:rsidR="0054721B" w:rsidRPr="0054721B">
        <w:rPr>
          <w:rFonts w:ascii="BIZ UDPゴシック" w:eastAsia="BIZ UDPゴシック" w:hAnsi="BIZ UDPゴシック" w:hint="eastAsia"/>
          <w:sz w:val="16"/>
          <w:szCs w:val="16"/>
          <w:lang w:eastAsia="ja-JP"/>
        </w:rPr>
        <w:t>（要約と分析資料（PDF）を提出します）</w:t>
      </w:r>
    </w:p>
    <w:p w14:paraId="24D424C5" w14:textId="24E442A0" w:rsidR="005D4F85" w:rsidRDefault="00D20900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分析対象地域の</w:t>
      </w:r>
      <w:r w:rsidRPr="003A6554">
        <w:rPr>
          <w:rFonts w:ascii="BIZ UDPゴシック" w:eastAsia="BIZ UDPゴシック" w:hAnsi="BIZ UDPゴシック"/>
          <w:lang w:eastAsia="ja-JP"/>
        </w:rPr>
        <w:t>課題</w:t>
      </w:r>
      <w:r w:rsidR="007721DF">
        <w:rPr>
          <w:rFonts w:ascii="BIZ UDPゴシック" w:eastAsia="BIZ UDPゴシック" w:hAnsi="BIZ UDPゴシック" w:hint="eastAsia"/>
          <w:lang w:eastAsia="ja-JP"/>
        </w:rPr>
        <w:t>（必須）</w:t>
      </w:r>
      <w:r w:rsidR="00E30D24">
        <w:rPr>
          <w:rFonts w:ascii="BIZ UDPゴシック" w:eastAsia="BIZ UDPゴシック" w:hAnsi="BIZ UDPゴシック" w:hint="eastAsia"/>
          <w:lang w:eastAsia="ja-JP"/>
        </w:rPr>
        <w:t>（要約/</w:t>
      </w:r>
      <w:r w:rsidRPr="00A42F16">
        <w:rPr>
          <w:rFonts w:ascii="BIZ UDPゴシック" w:eastAsia="BIZ UDPゴシック" w:hAnsi="BIZ UDPゴシック"/>
          <w:sz w:val="20"/>
          <w:szCs w:val="20"/>
          <w:lang w:eastAsia="ja-JP"/>
        </w:rPr>
        <w:t>200文字以内）</w:t>
      </w:r>
    </w:p>
    <w:tbl>
      <w:tblPr>
        <w:tblStyle w:val="afe"/>
        <w:tblW w:w="0" w:type="auto"/>
        <w:tblInd w:w="9" w:type="dxa"/>
        <w:tblLook w:val="04A0" w:firstRow="1" w:lastRow="0" w:firstColumn="1" w:lastColumn="0" w:noHBand="0" w:noVBand="1"/>
      </w:tblPr>
      <w:tblGrid>
        <w:gridCol w:w="8621"/>
      </w:tblGrid>
      <w:tr w:rsidR="004A1BA6" w14:paraId="6F2DFD28" w14:textId="77777777" w:rsidTr="004A1BA6">
        <w:tc>
          <w:tcPr>
            <w:tcW w:w="8838" w:type="dxa"/>
          </w:tcPr>
          <w:p w14:paraId="356C6CB4" w14:textId="71366BDE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45DA5B81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3060E7A6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74C77013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4772862C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71662FA5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3C774ED8" w14:textId="77777777" w:rsidR="00D20900" w:rsidRDefault="00D20900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19851678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3F901EF8" w14:textId="77777777" w:rsidR="00A42F16" w:rsidRDefault="00A42F1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218B1193" w14:textId="591945BE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79937055" w14:textId="0F425837" w:rsidR="005D4F85" w:rsidRDefault="00A42F16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lang w:eastAsia="ja-JP"/>
        </w:rPr>
        <w:br/>
      </w:r>
      <w:r w:rsidRPr="003A6554">
        <w:rPr>
          <w:rFonts w:ascii="BIZ UDPゴシック" w:eastAsia="BIZ UDPゴシック" w:hAnsi="BIZ UDPゴシック"/>
          <w:lang w:eastAsia="ja-JP"/>
        </w:rPr>
        <w:t>分析内容</w:t>
      </w:r>
      <w:r w:rsidR="007721DF">
        <w:rPr>
          <w:rFonts w:ascii="BIZ UDPゴシック" w:eastAsia="BIZ UDPゴシック" w:hAnsi="BIZ UDPゴシック" w:hint="eastAsia"/>
          <w:lang w:eastAsia="ja-JP"/>
        </w:rPr>
        <w:t>（必須）</w:t>
      </w:r>
      <w:r w:rsidR="00E30D24">
        <w:rPr>
          <w:rFonts w:ascii="BIZ UDPゴシック" w:eastAsia="BIZ UDPゴシック" w:hAnsi="BIZ UDPゴシック" w:hint="eastAsia"/>
          <w:lang w:eastAsia="ja-JP"/>
        </w:rPr>
        <w:t>（要約/</w:t>
      </w:r>
      <w:r w:rsidR="00E30D24" w:rsidRPr="00A42F16">
        <w:rPr>
          <w:rFonts w:ascii="BIZ UDPゴシック" w:eastAsia="BIZ UDPゴシック" w:hAnsi="BIZ UDPゴシック"/>
          <w:sz w:val="20"/>
          <w:szCs w:val="20"/>
          <w:lang w:eastAsia="ja-JP"/>
        </w:rPr>
        <w:t>200文字以内）</w:t>
      </w:r>
    </w:p>
    <w:tbl>
      <w:tblPr>
        <w:tblStyle w:val="afe"/>
        <w:tblW w:w="0" w:type="auto"/>
        <w:tblInd w:w="9" w:type="dxa"/>
        <w:tblLook w:val="04A0" w:firstRow="1" w:lastRow="0" w:firstColumn="1" w:lastColumn="0" w:noHBand="0" w:noVBand="1"/>
      </w:tblPr>
      <w:tblGrid>
        <w:gridCol w:w="8621"/>
      </w:tblGrid>
      <w:tr w:rsidR="004A1BA6" w14:paraId="02D8646B" w14:textId="77777777" w:rsidTr="004A1BA6">
        <w:tc>
          <w:tcPr>
            <w:tcW w:w="8838" w:type="dxa"/>
          </w:tcPr>
          <w:p w14:paraId="7818EFE8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17BAC03F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3B854D11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51EA0703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41CD3B90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3880D67D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4763F77F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567F1943" w14:textId="77777777" w:rsidR="00A42F16" w:rsidRDefault="00A42F1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3EA2B3CC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284953C2" w14:textId="329C975F" w:rsidR="005D4F85" w:rsidRDefault="00A42F16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lang w:eastAsia="ja-JP"/>
        </w:rPr>
        <w:br/>
      </w:r>
      <w:r w:rsidRPr="003A6554">
        <w:rPr>
          <w:rFonts w:ascii="BIZ UDPゴシック" w:eastAsia="BIZ UDPゴシック" w:hAnsi="BIZ UDPゴシック"/>
          <w:lang w:eastAsia="ja-JP"/>
        </w:rPr>
        <w:t>政策アイデア</w:t>
      </w:r>
      <w:r w:rsidR="007721DF">
        <w:rPr>
          <w:rFonts w:ascii="BIZ UDPゴシック" w:eastAsia="BIZ UDPゴシック" w:hAnsi="BIZ UDPゴシック" w:hint="eastAsia"/>
          <w:lang w:eastAsia="ja-JP"/>
        </w:rPr>
        <w:t>（必須）</w:t>
      </w:r>
      <w:r w:rsidR="00E30D24">
        <w:rPr>
          <w:rFonts w:ascii="BIZ UDPゴシック" w:eastAsia="BIZ UDPゴシック" w:hAnsi="BIZ UDPゴシック" w:hint="eastAsia"/>
          <w:lang w:eastAsia="ja-JP"/>
        </w:rPr>
        <w:t>（要約/</w:t>
      </w:r>
      <w:r w:rsidR="00E30D24" w:rsidRPr="00A42F16">
        <w:rPr>
          <w:rFonts w:ascii="BIZ UDPゴシック" w:eastAsia="BIZ UDPゴシック" w:hAnsi="BIZ UDPゴシック"/>
          <w:sz w:val="20"/>
          <w:szCs w:val="20"/>
          <w:lang w:eastAsia="ja-JP"/>
        </w:rPr>
        <w:t>200文字以内）</w:t>
      </w:r>
    </w:p>
    <w:tbl>
      <w:tblPr>
        <w:tblStyle w:val="afe"/>
        <w:tblW w:w="0" w:type="auto"/>
        <w:tblInd w:w="9" w:type="dxa"/>
        <w:tblLook w:val="04A0" w:firstRow="1" w:lastRow="0" w:firstColumn="1" w:lastColumn="0" w:noHBand="0" w:noVBand="1"/>
      </w:tblPr>
      <w:tblGrid>
        <w:gridCol w:w="8621"/>
      </w:tblGrid>
      <w:tr w:rsidR="004A1BA6" w14:paraId="3D91738D" w14:textId="77777777" w:rsidTr="004A1BA6">
        <w:tc>
          <w:tcPr>
            <w:tcW w:w="8838" w:type="dxa"/>
          </w:tcPr>
          <w:p w14:paraId="5C1B9AB2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6F58F78D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66F24924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5612C745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4D6E1013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72279173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69F6DC79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2B7C2EC4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599990D5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640F648D" w14:textId="77777777" w:rsidR="004A1BA6" w:rsidRDefault="004A1BA6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18A8A13C" w14:textId="3A740F89" w:rsidR="004A1BA6" w:rsidRPr="004A1BA6" w:rsidRDefault="00D20900" w:rsidP="0054721B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="00005502">
        <w:rPr>
          <w:rFonts w:ascii="BIZ UDPゴシック" w:eastAsia="BIZ UDPゴシック" w:hAnsi="BIZ UDPゴシック" w:hint="eastAsia"/>
          <w:lang w:eastAsia="ja-JP"/>
        </w:rPr>
        <w:t>政策</w:t>
      </w:r>
      <w:r w:rsidR="00E30D24">
        <w:rPr>
          <w:rFonts w:ascii="BIZ UDPゴシック" w:eastAsia="BIZ UDPゴシック" w:hAnsi="BIZ UDPゴシック" w:hint="eastAsia"/>
          <w:lang w:eastAsia="ja-JP"/>
        </w:rPr>
        <w:t>アイデアの分析に</w:t>
      </w:r>
      <w:r w:rsidRPr="003A6554">
        <w:rPr>
          <w:rFonts w:ascii="BIZ UDPゴシック" w:eastAsia="BIZ UDPゴシック" w:hAnsi="BIZ UDPゴシック"/>
          <w:lang w:eastAsia="ja-JP"/>
        </w:rPr>
        <w:t>活用</w:t>
      </w:r>
      <w:r w:rsidR="00E30D24">
        <w:rPr>
          <w:rFonts w:ascii="BIZ UDPゴシック" w:eastAsia="BIZ UDPゴシック" w:hAnsi="BIZ UDPゴシック" w:hint="eastAsia"/>
          <w:lang w:eastAsia="ja-JP"/>
        </w:rPr>
        <w:t>した</w:t>
      </w:r>
      <w:r w:rsidRPr="003A6554">
        <w:rPr>
          <w:rFonts w:ascii="BIZ UDPゴシック" w:eastAsia="BIZ UDPゴシック" w:hAnsi="BIZ UDPゴシック"/>
          <w:lang w:eastAsia="ja-JP"/>
        </w:rPr>
        <w:t>サービス</w:t>
      </w:r>
      <w:r w:rsidR="00E30D24">
        <w:rPr>
          <w:rFonts w:ascii="BIZ UDPゴシック" w:eastAsia="BIZ UDPゴシック" w:hAnsi="BIZ UDPゴシック" w:hint="eastAsia"/>
          <w:lang w:eastAsia="ja-JP"/>
        </w:rPr>
        <w:t>（2つ以上回答）</w:t>
      </w:r>
      <w:r w:rsidR="007721DF">
        <w:rPr>
          <w:rFonts w:ascii="BIZ UDPゴシック" w:eastAsia="BIZ UDPゴシック" w:hAnsi="BIZ UDPゴシック" w:hint="eastAsia"/>
          <w:lang w:eastAsia="ja-JP"/>
        </w:rPr>
        <w:t>（必須）</w:t>
      </w:r>
      <w:r w:rsidR="00E72759">
        <w:rPr>
          <w:rFonts w:ascii="BIZ UDPゴシック" w:eastAsia="BIZ UDPゴシック" w:hAnsi="BIZ UDPゴシック" w:hint="eastAsia"/>
          <w:lang w:eastAsia="ja-JP"/>
        </w:rPr>
        <w:t>：</w:t>
      </w:r>
      <w:r w:rsidR="00A42F16">
        <w:rPr>
          <w:rFonts w:ascii="BIZ UDPゴシック" w:eastAsia="BIZ UDPゴシック" w:hAnsi="BIZ UDPゴシック"/>
          <w:lang w:eastAsia="ja-JP"/>
        </w:rPr>
        <w:br/>
      </w:r>
      <w:r w:rsidR="004A1BA6">
        <w:rPr>
          <w:rFonts w:ascii="BIZ UDPゴシック" w:eastAsia="BIZ UDPゴシック" w:hAnsi="BIZ UDPゴシック" w:hint="eastAsia"/>
          <w:lang w:eastAsia="ja-JP"/>
        </w:rPr>
        <w:t>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人口減少対策（RAIDA-AI）</w:t>
      </w:r>
      <w:r w:rsidR="004A1BA6">
        <w:rPr>
          <w:rFonts w:ascii="BIZ UDPゴシック" w:eastAsia="BIZ UDPゴシック" w:hAnsi="BIZ UDPゴシック" w:hint="eastAsia"/>
          <w:lang w:eastAsia="ja-JP"/>
        </w:rPr>
        <w:t xml:space="preserve">　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観光振興（RAIDA-AI）</w:t>
      </w:r>
      <w:r w:rsidR="004A1BA6">
        <w:rPr>
          <w:rFonts w:ascii="BIZ UDPゴシック" w:eastAsia="BIZ UDPゴシック" w:hAnsi="BIZ UDPゴシック" w:hint="eastAsia"/>
          <w:lang w:eastAsia="ja-JP"/>
        </w:rPr>
        <w:t xml:space="preserve">　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マーケティング（RESAS）</w:t>
      </w:r>
      <w:r w:rsidR="004A1BA6">
        <w:rPr>
          <w:rFonts w:ascii="BIZ UDPゴシック" w:eastAsia="BIZ UDPゴシック" w:hAnsi="BIZ UDPゴシック" w:hint="eastAsia"/>
          <w:lang w:eastAsia="ja-JP"/>
        </w:rPr>
        <w:t xml:space="preserve">　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観光（RESAS）</w:t>
      </w:r>
      <w:r w:rsidR="004A1BA6">
        <w:rPr>
          <w:rFonts w:ascii="BIZ UDPゴシック" w:eastAsia="BIZ UDPゴシック" w:hAnsi="BIZ UDPゴシック" w:hint="eastAsia"/>
          <w:lang w:eastAsia="ja-JP"/>
        </w:rPr>
        <w:t xml:space="preserve">　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人口（RESAS）</w:t>
      </w:r>
      <w:r w:rsidR="004A1BA6">
        <w:rPr>
          <w:rFonts w:ascii="BIZ UDPゴシック" w:eastAsia="BIZ UDPゴシック" w:hAnsi="BIZ UDPゴシック" w:hint="eastAsia"/>
          <w:lang w:eastAsia="ja-JP"/>
        </w:rPr>
        <w:t xml:space="preserve">　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産業構造（RESAS）</w:t>
      </w:r>
      <w:r w:rsidR="004A1BA6">
        <w:rPr>
          <w:rFonts w:ascii="BIZ UDPゴシック" w:eastAsia="BIZ UDPゴシック" w:hAnsi="BIZ UDPゴシック" w:hint="eastAsia"/>
          <w:lang w:eastAsia="ja-JP"/>
        </w:rPr>
        <w:t>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地域経済循環（RESAS）</w:t>
      </w:r>
      <w:r w:rsidR="004A1BA6">
        <w:rPr>
          <w:rFonts w:ascii="BIZ UDPゴシック" w:eastAsia="BIZ UDPゴシック" w:hAnsi="BIZ UDPゴシック" w:hint="eastAsia"/>
          <w:lang w:eastAsia="ja-JP"/>
        </w:rPr>
        <w:t xml:space="preserve">　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農林業漁業（RESAS）</w:t>
      </w:r>
      <w:r w:rsidR="004A1BA6">
        <w:rPr>
          <w:rFonts w:ascii="BIZ UDPゴシック" w:eastAsia="BIZ UDPゴシック" w:hAnsi="BIZ UDPゴシック" w:hint="eastAsia"/>
          <w:lang w:eastAsia="ja-JP"/>
        </w:rPr>
        <w:t xml:space="preserve">　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医療・介護（RESAS）</w:t>
      </w:r>
      <w:r w:rsidR="00A42F16">
        <w:rPr>
          <w:rFonts w:ascii="BIZ UDPゴシック" w:eastAsia="BIZ UDPゴシック" w:hAnsi="BIZ UDPゴシック" w:hint="eastAsia"/>
          <w:lang w:eastAsia="ja-JP"/>
        </w:rPr>
        <w:t xml:space="preserve"> </w:t>
      </w:r>
      <w:r w:rsidR="004A1BA6">
        <w:rPr>
          <w:rFonts w:ascii="BIZ UDPゴシック" w:eastAsia="BIZ UDPゴシック" w:hAnsi="BIZ UDPゴシック" w:hint="eastAsia"/>
          <w:lang w:eastAsia="ja-JP"/>
        </w:rPr>
        <w:t>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Japan Dashboard</w:t>
      </w:r>
      <w:r w:rsidR="004A1BA6">
        <w:rPr>
          <w:rFonts w:ascii="BIZ UDPゴシック" w:eastAsia="BIZ UDPゴシック" w:hAnsi="BIZ UDPゴシック" w:hint="eastAsia"/>
          <w:lang w:eastAsia="ja-JP"/>
        </w:rPr>
        <w:t xml:space="preserve">　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その他</w:t>
      </w:r>
    </w:p>
    <w:p w14:paraId="575155BD" w14:textId="4D413559" w:rsidR="004A1BA6" w:rsidRPr="004A1BA6" w:rsidRDefault="00D20900" w:rsidP="004A1BA6">
      <w:pPr>
        <w:spacing w:after="200" w:line="276" w:lineRule="auto"/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="00E30D24">
        <w:rPr>
          <w:rFonts w:ascii="BIZ UDPゴシック" w:eastAsia="BIZ UDPゴシック" w:hAnsi="BIZ UDPゴシック" w:hint="eastAsia"/>
          <w:lang w:eastAsia="ja-JP"/>
        </w:rPr>
        <w:t>選択したサービスの応募作品への</w:t>
      </w:r>
      <w:r w:rsidRPr="003A6554">
        <w:rPr>
          <w:rFonts w:ascii="BIZ UDPゴシック" w:eastAsia="BIZ UDPゴシック" w:hAnsi="BIZ UDPゴシック"/>
          <w:lang w:eastAsia="ja-JP"/>
        </w:rPr>
        <w:t>活用目的</w:t>
      </w:r>
      <w:r w:rsidR="007721DF">
        <w:rPr>
          <w:rFonts w:ascii="BIZ UDPゴシック" w:eastAsia="BIZ UDPゴシック" w:hAnsi="BIZ UDPゴシック" w:hint="eastAsia"/>
          <w:lang w:eastAsia="ja-JP"/>
        </w:rPr>
        <w:t>（必須）：</w:t>
      </w:r>
      <w:r w:rsidR="00A42F16">
        <w:rPr>
          <w:rFonts w:ascii="BIZ UDPゴシック" w:eastAsia="BIZ UDPゴシック" w:hAnsi="BIZ UDPゴシック"/>
          <w:lang w:eastAsia="ja-JP"/>
        </w:rPr>
        <w:br/>
      </w:r>
      <w:r w:rsidR="004A1BA6">
        <w:rPr>
          <w:rFonts w:ascii="BIZ UDPゴシック" w:eastAsia="BIZ UDPゴシック" w:hAnsi="BIZ UDPゴシック" w:hint="eastAsia"/>
          <w:lang w:eastAsia="ja-JP"/>
        </w:rPr>
        <w:t>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現状の把握</w:t>
      </w:r>
      <w:r w:rsidR="004A1BA6">
        <w:rPr>
          <w:rFonts w:ascii="BIZ UDPゴシック" w:eastAsia="BIZ UDPゴシック" w:hAnsi="BIZ UDPゴシック" w:hint="eastAsia"/>
          <w:lang w:eastAsia="ja-JP"/>
        </w:rPr>
        <w:t xml:space="preserve">　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課題の特定</w:t>
      </w:r>
      <w:r w:rsidR="004A1BA6">
        <w:rPr>
          <w:rFonts w:ascii="BIZ UDPゴシック" w:eastAsia="BIZ UDPゴシック" w:hAnsi="BIZ UDPゴシック" w:hint="eastAsia"/>
          <w:lang w:eastAsia="ja-JP"/>
        </w:rPr>
        <w:t xml:space="preserve">　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戦略・施策の検討</w:t>
      </w:r>
      <w:r w:rsidR="004A1BA6">
        <w:rPr>
          <w:rFonts w:ascii="BIZ UDPゴシック" w:eastAsia="BIZ UDPゴシック" w:hAnsi="BIZ UDPゴシック" w:hint="eastAsia"/>
          <w:lang w:eastAsia="ja-JP"/>
        </w:rPr>
        <w:t xml:space="preserve">　□</w:t>
      </w:r>
      <w:r w:rsidR="004A1BA6" w:rsidRPr="004A1BA6">
        <w:rPr>
          <w:rFonts w:ascii="BIZ UDPゴシック" w:eastAsia="BIZ UDPゴシック" w:hAnsi="BIZ UDPゴシック" w:hint="eastAsia"/>
          <w:lang w:eastAsia="ja-JP"/>
        </w:rPr>
        <w:t>効果の検証</w:t>
      </w:r>
    </w:p>
    <w:p w14:paraId="0F6387DF" w14:textId="7F177A40" w:rsidR="0054721B" w:rsidRPr="0054721B" w:rsidRDefault="0054721B" w:rsidP="0054721B">
      <w:pPr>
        <w:pStyle w:val="1"/>
        <w:rPr>
          <w:rFonts w:ascii="BIZ UDPゴシック" w:eastAsia="BIZ UDPゴシック" w:hAnsi="BIZ UDPゴシック"/>
          <w:sz w:val="16"/>
          <w:szCs w:val="16"/>
          <w:lang w:eastAsia="ja-JP"/>
        </w:rPr>
      </w:pPr>
      <w:r w:rsidRPr="00A42F16">
        <w:rPr>
          <w:rFonts w:ascii="BIZ UDPゴシック" w:eastAsia="BIZ UDPゴシック" w:hAnsi="BIZ UDPゴシック"/>
          <w:b/>
          <w:bCs/>
          <w:sz w:val="28"/>
          <w:szCs w:val="28"/>
          <w:lang w:eastAsia="ja-JP"/>
        </w:rPr>
        <w:lastRenderedPageBreak/>
        <w:t>SECTION 4 アンケート</w:t>
      </w:r>
      <w:r w:rsidRPr="0054721B">
        <w:rPr>
          <w:rFonts w:ascii="BIZ UDPゴシック" w:eastAsia="BIZ UDPゴシック" w:hAnsi="BIZ UDPゴシック" w:hint="eastAsia"/>
          <w:sz w:val="16"/>
          <w:szCs w:val="16"/>
          <w:lang w:eastAsia="ja-JP"/>
        </w:rPr>
        <w:t>（今後の運営改善のためご協力をお願いします）</w:t>
      </w:r>
      <w:r w:rsidR="00A42F16">
        <w:rPr>
          <w:rFonts w:ascii="BIZ UDPゴシック" w:eastAsia="BIZ UDPゴシック" w:hAnsi="BIZ UDPゴシック"/>
          <w:sz w:val="16"/>
          <w:szCs w:val="16"/>
          <w:lang w:eastAsia="ja-JP"/>
        </w:rPr>
        <w:br/>
      </w:r>
    </w:p>
    <w:p w14:paraId="65554961" w14:textId="0139A417" w:rsidR="0054721B" w:rsidRDefault="00C64B0F" w:rsidP="0054721B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・地方創生☆政策アイデア</w:t>
      </w:r>
      <w:r w:rsidR="0054721B" w:rsidRPr="003A6554">
        <w:rPr>
          <w:rFonts w:ascii="BIZ UDPゴシック" w:eastAsia="BIZ UDPゴシック" w:hAnsi="BIZ UDPゴシック"/>
          <w:lang w:eastAsia="ja-JP"/>
        </w:rPr>
        <w:t>コンテストを</w:t>
      </w:r>
      <w:r>
        <w:rPr>
          <w:rFonts w:ascii="BIZ UDPゴシック" w:eastAsia="BIZ UDPゴシック" w:hAnsi="BIZ UDPゴシック" w:hint="eastAsia"/>
          <w:lang w:eastAsia="ja-JP"/>
        </w:rPr>
        <w:t>どこで知りましたか</w:t>
      </w:r>
      <w:r w:rsidR="007721DF">
        <w:rPr>
          <w:rFonts w:ascii="BIZ UDPゴシック" w:eastAsia="BIZ UDPゴシック" w:hAnsi="BIZ UDPゴシック" w:hint="eastAsia"/>
          <w:lang w:eastAsia="ja-JP"/>
        </w:rPr>
        <w:t>（必須）：</w:t>
      </w:r>
      <w:r w:rsidR="00A42F16">
        <w:rPr>
          <w:rFonts w:ascii="BIZ UDPゴシック" w:eastAsia="BIZ UDPゴシック" w:hAnsi="BIZ UDPゴシック"/>
          <w:lang w:eastAsia="ja-JP"/>
        </w:rPr>
        <w:br/>
      </w:r>
      <w:r w:rsidR="0054721B">
        <w:rPr>
          <w:rFonts w:ascii="BIZ UDPゴシック" w:eastAsia="BIZ UDPゴシック" w:hAnsi="BIZ UDPゴシック" w:hint="eastAsia"/>
          <w:lang w:eastAsia="ja-JP"/>
        </w:rPr>
        <w:t xml:space="preserve">□地方創生☆政策アイデアコンテストのHP　□ポスター・チラシ　□RESASのHP　</w:t>
      </w:r>
      <w:r w:rsidR="00A42F16">
        <w:rPr>
          <w:rFonts w:ascii="BIZ UDPゴシック" w:eastAsia="BIZ UDPゴシック" w:hAnsi="BIZ UDPゴシック"/>
          <w:lang w:eastAsia="ja-JP"/>
        </w:rPr>
        <w:br/>
      </w:r>
      <w:r w:rsidR="0054721B">
        <w:rPr>
          <w:rFonts w:ascii="BIZ UDPゴシック" w:eastAsia="BIZ UDPゴシック" w:hAnsi="BIZ UDPゴシック" w:hint="eastAsia"/>
          <w:lang w:eastAsia="ja-JP"/>
        </w:rPr>
        <w:t>□RAIDAのHP　□RESAS‐PortalのHP</w:t>
      </w:r>
      <w:r w:rsidR="00A42F16">
        <w:rPr>
          <w:rFonts w:ascii="BIZ UDPゴシック" w:eastAsia="BIZ UDPゴシック" w:hAnsi="BIZ UDPゴシック"/>
          <w:lang w:eastAsia="ja-JP"/>
        </w:rPr>
        <w:br/>
      </w:r>
      <w:r w:rsidR="0054721B">
        <w:rPr>
          <w:rFonts w:ascii="BIZ UDPゴシック" w:eastAsia="BIZ UDPゴシック" w:hAnsi="BIZ UDPゴシック" w:hint="eastAsia"/>
          <w:lang w:eastAsia="ja-JP"/>
        </w:rPr>
        <w:t xml:space="preserve">□RESAS、RAIDA関連のオンラインイベント　□Facebook、X等のSNS 　</w:t>
      </w:r>
      <w:r w:rsidR="00A42F16">
        <w:rPr>
          <w:rFonts w:ascii="BIZ UDPゴシック" w:eastAsia="BIZ UDPゴシック" w:hAnsi="BIZ UDPゴシック"/>
          <w:lang w:eastAsia="ja-JP"/>
        </w:rPr>
        <w:br/>
      </w:r>
      <w:r w:rsidR="0054721B">
        <w:rPr>
          <w:rFonts w:ascii="BIZ UDPゴシック" w:eastAsia="BIZ UDPゴシック" w:hAnsi="BIZ UDPゴシック" w:hint="eastAsia"/>
          <w:lang w:eastAsia="ja-JP"/>
        </w:rPr>
        <w:t>□YouTube　□その他の広報媒体（テレビ・新聞・ラジオ等</w:t>
      </w:r>
      <w:r w:rsidR="00005502">
        <w:rPr>
          <w:rFonts w:ascii="BIZ UDPゴシック" w:eastAsia="BIZ UDPゴシック" w:hAnsi="BIZ UDPゴシック" w:hint="eastAsia"/>
          <w:lang w:eastAsia="ja-JP"/>
        </w:rPr>
        <w:t>）</w:t>
      </w:r>
      <w:r w:rsidR="001365DF">
        <w:rPr>
          <w:rFonts w:ascii="BIZ UDPゴシック" w:eastAsia="BIZ UDPゴシック" w:hAnsi="BIZ UDPゴシック" w:hint="eastAsia"/>
          <w:lang w:eastAsia="ja-JP"/>
        </w:rPr>
        <w:t xml:space="preserve">　□地方創生ＨＰ　</w:t>
      </w:r>
      <w:r w:rsidR="00A42F16">
        <w:rPr>
          <w:rFonts w:ascii="BIZ UDPゴシック" w:eastAsia="BIZ UDPゴシック" w:hAnsi="BIZ UDPゴシック"/>
          <w:lang w:eastAsia="ja-JP"/>
        </w:rPr>
        <w:br/>
      </w:r>
      <w:r w:rsidR="001365DF">
        <w:rPr>
          <w:rFonts w:ascii="BIZ UDPゴシック" w:eastAsia="BIZ UDPゴシック" w:hAnsi="BIZ UDPゴシック" w:hint="eastAsia"/>
          <w:lang w:eastAsia="ja-JP"/>
        </w:rPr>
        <w:t>□学校の授業　□職場での紹介</w:t>
      </w:r>
    </w:p>
    <w:p w14:paraId="02981F4B" w14:textId="348D3975" w:rsidR="00C64B0F" w:rsidRPr="003A6554" w:rsidRDefault="00C64B0F" w:rsidP="0054721B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="003926E5">
        <w:rPr>
          <w:rFonts w:ascii="BIZ UDPゴシック" w:eastAsia="BIZ UDPゴシック" w:hAnsi="BIZ UDPゴシック" w:hint="eastAsia"/>
          <w:lang w:eastAsia="ja-JP"/>
        </w:rPr>
        <w:t>地方創生☆政策</w:t>
      </w:r>
      <w:r w:rsidR="00005502">
        <w:rPr>
          <w:rFonts w:ascii="BIZ UDPゴシック" w:eastAsia="BIZ UDPゴシック" w:hAnsi="BIZ UDPゴシック" w:hint="eastAsia"/>
          <w:lang w:eastAsia="ja-JP"/>
        </w:rPr>
        <w:t>アイデア</w:t>
      </w:r>
      <w:r w:rsidR="003926E5">
        <w:rPr>
          <w:rFonts w:ascii="BIZ UDPゴシック" w:eastAsia="BIZ UDPゴシック" w:hAnsi="BIZ UDPゴシック" w:hint="eastAsia"/>
          <w:lang w:eastAsia="ja-JP"/>
        </w:rPr>
        <w:t>コンテストへの</w:t>
      </w:r>
      <w:r>
        <w:rPr>
          <w:rFonts w:ascii="BIZ UDPゴシック" w:eastAsia="BIZ UDPゴシック" w:hAnsi="BIZ UDPゴシック" w:hint="eastAsia"/>
          <w:lang w:eastAsia="ja-JP"/>
        </w:rPr>
        <w:t>参加動機</w:t>
      </w:r>
      <w:r w:rsidR="007721DF">
        <w:rPr>
          <w:rFonts w:ascii="BIZ UDPゴシック" w:eastAsia="BIZ UDPゴシック" w:hAnsi="BIZ UDPゴシック" w:hint="eastAsia"/>
          <w:lang w:eastAsia="ja-JP"/>
        </w:rPr>
        <w:t>（必須）：</w:t>
      </w:r>
      <w:r w:rsidR="00A42F16">
        <w:rPr>
          <w:rFonts w:ascii="BIZ UDPゴシック" w:eastAsia="BIZ UDPゴシック" w:hAnsi="BIZ UDPゴシック"/>
          <w:lang w:eastAsia="ja-JP"/>
        </w:rPr>
        <w:br/>
      </w:r>
      <w:r>
        <w:rPr>
          <w:rFonts w:ascii="BIZ UDPゴシック" w:eastAsia="BIZ UDPゴシック" w:hAnsi="BIZ UDPゴシック" w:hint="eastAsia"/>
          <w:lang w:eastAsia="ja-JP"/>
        </w:rPr>
        <w:t>□地方創生への関心　□データ分析への関心　□進学・就職・キャリアアップの為のアピール</w:t>
      </w:r>
      <w:r w:rsidR="00A42F16">
        <w:rPr>
          <w:rFonts w:ascii="BIZ UDPゴシック" w:eastAsia="BIZ UDPゴシック" w:hAnsi="BIZ UDPゴシック"/>
          <w:lang w:eastAsia="ja-JP"/>
        </w:rPr>
        <w:br/>
      </w:r>
      <w:r>
        <w:rPr>
          <w:rFonts w:ascii="BIZ UDPゴシック" w:eastAsia="BIZ UDPゴシック" w:hAnsi="BIZ UDPゴシック" w:hint="eastAsia"/>
          <w:lang w:eastAsia="ja-JP"/>
        </w:rPr>
        <w:t>□授業や部・サークル活動　□その他</w:t>
      </w:r>
    </w:p>
    <w:p w14:paraId="0B3E3C5A" w14:textId="6B3919D5" w:rsidR="0054721B" w:rsidRPr="003A6554" w:rsidRDefault="00C64B0F" w:rsidP="0054721B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="003926E5">
        <w:rPr>
          <w:rFonts w:ascii="BIZ UDPゴシック" w:eastAsia="BIZ UDPゴシック" w:hAnsi="BIZ UDPゴシック" w:hint="eastAsia"/>
          <w:lang w:eastAsia="ja-JP"/>
        </w:rPr>
        <w:t>地方創生☆政策アイデアコンテストの</w:t>
      </w:r>
      <w:r w:rsidR="0054721B" w:rsidRPr="003A6554">
        <w:rPr>
          <w:rFonts w:ascii="BIZ UDPゴシック" w:eastAsia="BIZ UDPゴシック" w:hAnsi="BIZ UDPゴシック"/>
          <w:lang w:eastAsia="ja-JP"/>
        </w:rPr>
        <w:t>応募履歴</w:t>
      </w:r>
      <w:r w:rsidR="007721DF">
        <w:rPr>
          <w:rFonts w:ascii="BIZ UDPゴシック" w:eastAsia="BIZ UDPゴシック" w:hAnsi="BIZ UDPゴシック" w:hint="eastAsia"/>
          <w:lang w:eastAsia="ja-JP"/>
        </w:rPr>
        <w:t>（必須）：</w:t>
      </w:r>
      <w:r w:rsidR="00A42F16">
        <w:rPr>
          <w:rFonts w:ascii="BIZ UDPゴシック" w:eastAsia="BIZ UDPゴシック" w:hAnsi="BIZ UDPゴシック"/>
          <w:lang w:eastAsia="ja-JP"/>
        </w:rPr>
        <w:br/>
      </w:r>
      <w:r w:rsidR="001365DF">
        <w:rPr>
          <w:rFonts w:ascii="BIZ UDPゴシック" w:eastAsia="BIZ UDPゴシック" w:hAnsi="BIZ UDPゴシック" w:hint="eastAsia"/>
          <w:lang w:eastAsia="ja-JP"/>
        </w:rPr>
        <w:t>□初めて　□2回目　□3回目以上</w:t>
      </w:r>
      <w:r w:rsidR="001365DF" w:rsidRPr="003A6554">
        <w:rPr>
          <w:rFonts w:ascii="BIZ UDPゴシック" w:eastAsia="BIZ UDPゴシック" w:hAnsi="BIZ UDPゴシック" w:hint="eastAsia"/>
          <w:lang w:eastAsia="ja-JP"/>
        </w:rPr>
        <w:t xml:space="preserve"> </w:t>
      </w:r>
    </w:p>
    <w:p w14:paraId="4FB69116" w14:textId="243BB55F" w:rsidR="0054721B" w:rsidRPr="003A6554" w:rsidRDefault="00C64B0F" w:rsidP="0054721B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="0054721B" w:rsidRPr="003A6554">
        <w:rPr>
          <w:rFonts w:ascii="BIZ UDPゴシック" w:eastAsia="BIZ UDPゴシック" w:hAnsi="BIZ UDPゴシック"/>
          <w:lang w:eastAsia="ja-JP"/>
        </w:rPr>
        <w:t>RESAS</w:t>
      </w:r>
      <w:r w:rsidR="001365DF">
        <w:rPr>
          <w:rFonts w:ascii="BIZ UDPゴシック" w:eastAsia="BIZ UDPゴシック" w:hAnsi="BIZ UDPゴシック" w:hint="eastAsia"/>
          <w:lang w:eastAsia="ja-JP"/>
        </w:rPr>
        <w:t>を知っていましたか</w:t>
      </w:r>
      <w:r w:rsidR="007721DF">
        <w:rPr>
          <w:rFonts w:ascii="BIZ UDPゴシック" w:eastAsia="BIZ UDPゴシック" w:hAnsi="BIZ UDPゴシック" w:hint="eastAsia"/>
          <w:lang w:eastAsia="ja-JP"/>
        </w:rPr>
        <w:t>（必須）：</w:t>
      </w:r>
      <w:r w:rsidR="00A42F16">
        <w:rPr>
          <w:rFonts w:ascii="BIZ UDPゴシック" w:eastAsia="BIZ UDPゴシック" w:hAnsi="BIZ UDPゴシック"/>
          <w:lang w:eastAsia="ja-JP"/>
        </w:rPr>
        <w:br/>
      </w:r>
      <w:r w:rsidR="001365DF">
        <w:rPr>
          <w:rFonts w:ascii="BIZ UDPゴシック" w:eastAsia="BIZ UDPゴシック" w:hAnsi="BIZ UDPゴシック" w:hint="eastAsia"/>
          <w:lang w:eastAsia="ja-JP"/>
        </w:rPr>
        <w:t>□今回のコンテストで知っ</w:t>
      </w:r>
      <w:r w:rsidR="00A42F16">
        <w:rPr>
          <w:rFonts w:ascii="BIZ UDPゴシック" w:eastAsia="BIZ UDPゴシック" w:hAnsi="BIZ UDPゴシック" w:hint="eastAsia"/>
          <w:lang w:eastAsia="ja-JP"/>
        </w:rPr>
        <w:t>た</w:t>
      </w:r>
      <w:r w:rsidR="001365DF">
        <w:rPr>
          <w:rFonts w:ascii="BIZ UDPゴシック" w:eastAsia="BIZ UDPゴシック" w:hAnsi="BIZ UDPゴシック" w:hint="eastAsia"/>
          <w:lang w:eastAsia="ja-JP"/>
        </w:rPr>
        <w:t xml:space="preserve">　□これまでも使用経験がある　□知らなかった</w:t>
      </w:r>
    </w:p>
    <w:p w14:paraId="7E7536E9" w14:textId="7215DB23" w:rsidR="001365DF" w:rsidRPr="003A6554" w:rsidRDefault="00C64B0F" w:rsidP="001365DF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="0054721B" w:rsidRPr="003A6554">
        <w:rPr>
          <w:rFonts w:ascii="BIZ UDPゴシック" w:eastAsia="BIZ UDPゴシック" w:hAnsi="BIZ UDPゴシック"/>
          <w:lang w:eastAsia="ja-JP"/>
        </w:rPr>
        <w:t>RAIDA</w:t>
      </w:r>
      <w:r w:rsidR="001365DF">
        <w:rPr>
          <w:rFonts w:ascii="BIZ UDPゴシック" w:eastAsia="BIZ UDPゴシック" w:hAnsi="BIZ UDPゴシック" w:hint="eastAsia"/>
          <w:lang w:eastAsia="ja-JP"/>
        </w:rPr>
        <w:t>を知っていましたか</w:t>
      </w:r>
      <w:r w:rsidR="007721DF">
        <w:rPr>
          <w:rFonts w:ascii="BIZ UDPゴシック" w:eastAsia="BIZ UDPゴシック" w:hAnsi="BIZ UDPゴシック" w:hint="eastAsia"/>
          <w:lang w:eastAsia="ja-JP"/>
        </w:rPr>
        <w:t>（必須）：</w:t>
      </w:r>
      <w:r w:rsidR="004475A2">
        <w:rPr>
          <w:rFonts w:ascii="BIZ UDPゴシック" w:eastAsia="BIZ UDPゴシック" w:hAnsi="BIZ UDPゴシック"/>
          <w:lang w:eastAsia="ja-JP"/>
        </w:rPr>
        <w:br/>
      </w:r>
      <w:r w:rsidR="001365DF">
        <w:rPr>
          <w:rFonts w:ascii="BIZ UDPゴシック" w:eastAsia="BIZ UDPゴシック" w:hAnsi="BIZ UDPゴシック" w:hint="eastAsia"/>
          <w:lang w:eastAsia="ja-JP"/>
        </w:rPr>
        <w:t>□今回のコンテストで知っ</w:t>
      </w:r>
      <w:r w:rsidR="00A42F16">
        <w:rPr>
          <w:rFonts w:ascii="BIZ UDPゴシック" w:eastAsia="BIZ UDPゴシック" w:hAnsi="BIZ UDPゴシック" w:hint="eastAsia"/>
          <w:lang w:eastAsia="ja-JP"/>
        </w:rPr>
        <w:t>た</w:t>
      </w:r>
      <w:r w:rsidR="001365DF">
        <w:rPr>
          <w:rFonts w:ascii="BIZ UDPゴシック" w:eastAsia="BIZ UDPゴシック" w:hAnsi="BIZ UDPゴシック" w:hint="eastAsia"/>
          <w:lang w:eastAsia="ja-JP"/>
        </w:rPr>
        <w:t xml:space="preserve">　□これまでも使用経験がある　□知らなかった</w:t>
      </w:r>
    </w:p>
    <w:p w14:paraId="670C2319" w14:textId="32B4CA4A" w:rsidR="0054721B" w:rsidRPr="003A6554" w:rsidRDefault="00C64B0F" w:rsidP="0054721B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="0054721B" w:rsidRPr="003A6554">
        <w:rPr>
          <w:rFonts w:ascii="BIZ UDPゴシック" w:eastAsia="BIZ UDPゴシック" w:hAnsi="BIZ UDPゴシック"/>
          <w:lang w:eastAsia="ja-JP"/>
        </w:rPr>
        <w:t>RESAS</w:t>
      </w:r>
      <w:r w:rsidR="001365DF">
        <w:rPr>
          <w:rFonts w:ascii="BIZ UDPゴシック" w:eastAsia="BIZ UDPゴシック" w:hAnsi="BIZ UDPゴシック" w:hint="eastAsia"/>
          <w:lang w:eastAsia="ja-JP"/>
        </w:rPr>
        <w:t>を利用した感想</w:t>
      </w:r>
      <w:r w:rsidR="007721DF">
        <w:rPr>
          <w:rFonts w:ascii="BIZ UDPゴシック" w:eastAsia="BIZ UDPゴシック" w:hAnsi="BIZ UDPゴシック" w:hint="eastAsia"/>
          <w:lang w:eastAsia="ja-JP"/>
        </w:rPr>
        <w:t>（必須）：</w:t>
      </w:r>
      <w:r w:rsidR="00A42F16">
        <w:rPr>
          <w:rFonts w:ascii="BIZ UDPゴシック" w:eastAsia="BIZ UDPゴシック" w:hAnsi="BIZ UDPゴシック"/>
          <w:lang w:eastAsia="ja-JP"/>
        </w:rPr>
        <w:br/>
      </w:r>
      <w:r w:rsidR="001365DF">
        <w:rPr>
          <w:rFonts w:ascii="BIZ UDPゴシック" w:eastAsia="BIZ UDPゴシック" w:hAnsi="BIZ UDPゴシック" w:hint="eastAsia"/>
          <w:lang w:eastAsia="ja-JP"/>
        </w:rPr>
        <w:t>□大満足　□満足　□どちらでもない　□不満　□大変不満</w:t>
      </w:r>
    </w:p>
    <w:p w14:paraId="57AB54B7" w14:textId="507D1596" w:rsidR="0054721B" w:rsidRPr="003A6554" w:rsidRDefault="00C64B0F" w:rsidP="0054721B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="0054721B" w:rsidRPr="003A6554">
        <w:rPr>
          <w:rFonts w:ascii="BIZ UDPゴシック" w:eastAsia="BIZ UDPゴシック" w:hAnsi="BIZ UDPゴシック"/>
          <w:lang w:eastAsia="ja-JP"/>
        </w:rPr>
        <w:t>RAIDA</w:t>
      </w:r>
      <w:r w:rsidR="001365DF">
        <w:rPr>
          <w:rFonts w:ascii="BIZ UDPゴシック" w:eastAsia="BIZ UDPゴシック" w:hAnsi="BIZ UDPゴシック" w:hint="eastAsia"/>
          <w:lang w:eastAsia="ja-JP"/>
        </w:rPr>
        <w:t>を利用した感想</w:t>
      </w:r>
      <w:r w:rsidR="007721DF">
        <w:rPr>
          <w:rFonts w:ascii="BIZ UDPゴシック" w:eastAsia="BIZ UDPゴシック" w:hAnsi="BIZ UDPゴシック" w:hint="eastAsia"/>
          <w:lang w:eastAsia="ja-JP"/>
        </w:rPr>
        <w:t>（必須）：</w:t>
      </w:r>
      <w:r w:rsidR="00A42F16">
        <w:rPr>
          <w:rFonts w:ascii="BIZ UDPゴシック" w:eastAsia="BIZ UDPゴシック" w:hAnsi="BIZ UDPゴシック"/>
          <w:lang w:eastAsia="ja-JP"/>
        </w:rPr>
        <w:br/>
      </w:r>
      <w:r w:rsidR="001365DF">
        <w:rPr>
          <w:rFonts w:ascii="BIZ UDPゴシック" w:eastAsia="BIZ UDPゴシック" w:hAnsi="BIZ UDPゴシック" w:hint="eastAsia"/>
          <w:lang w:eastAsia="ja-JP"/>
        </w:rPr>
        <w:t>□大満足　□満足　□どちらでもない　□不満　□大変不満</w:t>
      </w:r>
    </w:p>
    <w:p w14:paraId="62DDDA21" w14:textId="36E9D7FF" w:rsidR="0054721B" w:rsidRPr="003A6554" w:rsidRDefault="00C64B0F" w:rsidP="0054721B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 w:hint="eastAsia"/>
          <w:lang w:eastAsia="ja-JP"/>
        </w:rPr>
        <w:t>・</w:t>
      </w:r>
      <w:r w:rsidR="001365DF">
        <w:rPr>
          <w:rFonts w:ascii="BIZ UDPゴシック" w:eastAsia="BIZ UDPゴシック" w:hAnsi="BIZ UDPゴシック" w:hint="eastAsia"/>
          <w:lang w:eastAsia="ja-JP"/>
        </w:rPr>
        <w:t>ＲＥＳＡＳ・ＲＡＩＤＡに対する</w:t>
      </w:r>
      <w:r w:rsidR="0054721B" w:rsidRPr="003A6554">
        <w:rPr>
          <w:rFonts w:ascii="BIZ UDPゴシック" w:eastAsia="BIZ UDPゴシック" w:hAnsi="BIZ UDPゴシック"/>
          <w:lang w:eastAsia="ja-JP"/>
        </w:rPr>
        <w:t>要望</w:t>
      </w:r>
      <w:r w:rsidR="001365DF">
        <w:rPr>
          <w:rFonts w:ascii="BIZ UDPゴシック" w:eastAsia="BIZ UDPゴシック" w:hAnsi="BIZ UDPゴシック" w:hint="eastAsia"/>
          <w:lang w:eastAsia="ja-JP"/>
        </w:rPr>
        <w:t>（任意）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365DF" w14:paraId="76824133" w14:textId="77777777" w:rsidTr="001365DF">
        <w:tc>
          <w:tcPr>
            <w:tcW w:w="8630" w:type="dxa"/>
          </w:tcPr>
          <w:p w14:paraId="1E4DD76C" w14:textId="77777777" w:rsidR="001365DF" w:rsidRDefault="001365DF" w:rsidP="0054721B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6E608EDE" w14:textId="77777777" w:rsidR="001365DF" w:rsidRDefault="001365DF" w:rsidP="0054721B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3AFC4E80" w14:textId="77777777" w:rsidR="001365DF" w:rsidRDefault="001365DF" w:rsidP="0054721B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553B104C" w14:textId="77777777" w:rsidR="001365DF" w:rsidRDefault="001365DF" w:rsidP="0054721B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5055614A" w14:textId="77777777" w:rsidR="001365DF" w:rsidRDefault="001365DF" w:rsidP="0054721B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6BD3B77B" w14:textId="38305DB9" w:rsidR="0054721B" w:rsidRDefault="00A42F16" w:rsidP="0054721B">
      <w:pPr>
        <w:rPr>
          <w:rFonts w:ascii="BIZ UDPゴシック" w:eastAsia="BIZ UDPゴシック" w:hAnsi="BIZ UDPゴシック"/>
          <w:lang w:eastAsia="ja-JP"/>
        </w:rPr>
      </w:pPr>
      <w:r>
        <w:rPr>
          <w:rFonts w:ascii="BIZ UDPゴシック" w:eastAsia="BIZ UDPゴシック" w:hAnsi="BIZ UDPゴシック"/>
          <w:lang w:eastAsia="ja-JP"/>
        </w:rPr>
        <w:br/>
      </w:r>
      <w:r w:rsidR="00C64B0F">
        <w:rPr>
          <w:rFonts w:ascii="BIZ UDPゴシック" w:eastAsia="BIZ UDPゴシック" w:hAnsi="BIZ UDPゴシック" w:hint="eastAsia"/>
          <w:lang w:eastAsia="ja-JP"/>
        </w:rPr>
        <w:t>・</w:t>
      </w:r>
      <w:r w:rsidR="001365DF">
        <w:rPr>
          <w:rFonts w:ascii="BIZ UDPゴシック" w:eastAsia="BIZ UDPゴシック" w:hAnsi="BIZ UDPゴシック" w:hint="eastAsia"/>
          <w:lang w:eastAsia="ja-JP"/>
        </w:rPr>
        <w:t>地方創生☆政策アイデアコンテストに対する要望（任意）</w:t>
      </w:r>
    </w:p>
    <w:tbl>
      <w:tblPr>
        <w:tblStyle w:val="afe"/>
        <w:tblW w:w="0" w:type="auto"/>
        <w:tblLook w:val="04A0" w:firstRow="1" w:lastRow="0" w:firstColumn="1" w:lastColumn="0" w:noHBand="0" w:noVBand="1"/>
      </w:tblPr>
      <w:tblGrid>
        <w:gridCol w:w="8630"/>
      </w:tblGrid>
      <w:tr w:rsidR="001365DF" w14:paraId="791AB2B4" w14:textId="77777777" w:rsidTr="001365DF">
        <w:tc>
          <w:tcPr>
            <w:tcW w:w="8630" w:type="dxa"/>
          </w:tcPr>
          <w:p w14:paraId="0A553388" w14:textId="77777777" w:rsidR="001365DF" w:rsidRDefault="001365DF" w:rsidP="0054721B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06CED287" w14:textId="77777777" w:rsidR="001365DF" w:rsidRDefault="001365DF" w:rsidP="0054721B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0EB310B1" w14:textId="77777777" w:rsidR="001365DF" w:rsidRDefault="001365DF" w:rsidP="0054721B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7B306777" w14:textId="77777777" w:rsidR="001365DF" w:rsidRDefault="001365DF" w:rsidP="0054721B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  <w:p w14:paraId="396BD6C2" w14:textId="77777777" w:rsidR="001365DF" w:rsidRDefault="001365DF" w:rsidP="0054721B">
            <w:pPr>
              <w:rPr>
                <w:rFonts w:ascii="BIZ UDPゴシック" w:eastAsia="BIZ UDPゴシック" w:hAnsi="BIZ UDPゴシック"/>
                <w:lang w:eastAsia="ja-JP"/>
              </w:rPr>
            </w:pPr>
          </w:p>
        </w:tc>
      </w:tr>
    </w:tbl>
    <w:p w14:paraId="3B485807" w14:textId="77777777" w:rsidR="001365DF" w:rsidRPr="0054721B" w:rsidRDefault="001365DF" w:rsidP="0054721B">
      <w:pPr>
        <w:rPr>
          <w:rFonts w:ascii="BIZ UDPゴシック" w:eastAsia="BIZ UDPゴシック" w:hAnsi="BIZ UDPゴシック"/>
          <w:lang w:eastAsia="ja-JP"/>
        </w:rPr>
      </w:pPr>
    </w:p>
    <w:sectPr w:rsidR="001365DF" w:rsidRPr="0054721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72336" w14:textId="77777777" w:rsidR="003D40D1" w:rsidRDefault="003D40D1" w:rsidP="003A6554">
      <w:pPr>
        <w:spacing w:after="0" w:line="240" w:lineRule="auto"/>
      </w:pPr>
      <w:r>
        <w:separator/>
      </w:r>
    </w:p>
  </w:endnote>
  <w:endnote w:type="continuationSeparator" w:id="0">
    <w:p w14:paraId="77438FC0" w14:textId="77777777" w:rsidR="003D40D1" w:rsidRDefault="003D40D1" w:rsidP="003A65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A9A4C2" w14:textId="77777777" w:rsidR="003D40D1" w:rsidRDefault="003D40D1" w:rsidP="003A6554">
      <w:pPr>
        <w:spacing w:after="0" w:line="240" w:lineRule="auto"/>
      </w:pPr>
      <w:r>
        <w:separator/>
      </w:r>
    </w:p>
  </w:footnote>
  <w:footnote w:type="continuationSeparator" w:id="0">
    <w:p w14:paraId="222DF7BE" w14:textId="77777777" w:rsidR="003D40D1" w:rsidRDefault="003D40D1" w:rsidP="003A65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89597864">
    <w:abstractNumId w:val="8"/>
  </w:num>
  <w:num w:numId="2" w16cid:durableId="1506284647">
    <w:abstractNumId w:val="6"/>
  </w:num>
  <w:num w:numId="3" w16cid:durableId="414282769">
    <w:abstractNumId w:val="5"/>
  </w:num>
  <w:num w:numId="4" w16cid:durableId="330840333">
    <w:abstractNumId w:val="4"/>
  </w:num>
  <w:num w:numId="5" w16cid:durableId="1853907290">
    <w:abstractNumId w:val="7"/>
  </w:num>
  <w:num w:numId="6" w16cid:durableId="104350518">
    <w:abstractNumId w:val="3"/>
  </w:num>
  <w:num w:numId="7" w16cid:durableId="1056321607">
    <w:abstractNumId w:val="2"/>
  </w:num>
  <w:num w:numId="8" w16cid:durableId="611278341">
    <w:abstractNumId w:val="1"/>
  </w:num>
  <w:num w:numId="9" w16cid:durableId="1641569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removePersonalInformation/>
  <w:removeDateAndTime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5502"/>
    <w:rsid w:val="00034616"/>
    <w:rsid w:val="0006063C"/>
    <w:rsid w:val="000715AE"/>
    <w:rsid w:val="001365DF"/>
    <w:rsid w:val="0015074B"/>
    <w:rsid w:val="00231797"/>
    <w:rsid w:val="0029639D"/>
    <w:rsid w:val="002A02B9"/>
    <w:rsid w:val="002D117E"/>
    <w:rsid w:val="00326F90"/>
    <w:rsid w:val="00326FF8"/>
    <w:rsid w:val="003926E5"/>
    <w:rsid w:val="003A6554"/>
    <w:rsid w:val="003B2E3D"/>
    <w:rsid w:val="003D40D1"/>
    <w:rsid w:val="00410EE3"/>
    <w:rsid w:val="004475A2"/>
    <w:rsid w:val="004A1BA6"/>
    <w:rsid w:val="004B0A04"/>
    <w:rsid w:val="0054721B"/>
    <w:rsid w:val="005D4F85"/>
    <w:rsid w:val="0071305D"/>
    <w:rsid w:val="0075040A"/>
    <w:rsid w:val="007721DF"/>
    <w:rsid w:val="00815EC1"/>
    <w:rsid w:val="00817BD9"/>
    <w:rsid w:val="008A0FFA"/>
    <w:rsid w:val="0091080E"/>
    <w:rsid w:val="009127F0"/>
    <w:rsid w:val="00914085"/>
    <w:rsid w:val="00A42F16"/>
    <w:rsid w:val="00A85726"/>
    <w:rsid w:val="00AA03EE"/>
    <w:rsid w:val="00AA1D8D"/>
    <w:rsid w:val="00AC3700"/>
    <w:rsid w:val="00B32854"/>
    <w:rsid w:val="00B47730"/>
    <w:rsid w:val="00C64B0F"/>
    <w:rsid w:val="00CB0664"/>
    <w:rsid w:val="00D20900"/>
    <w:rsid w:val="00DC6C1B"/>
    <w:rsid w:val="00E30D24"/>
    <w:rsid w:val="00E66087"/>
    <w:rsid w:val="00E72759"/>
    <w:rsid w:val="00F07E89"/>
    <w:rsid w:val="00F630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C68F4A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4A1BA6"/>
  </w:style>
  <w:style w:type="paragraph" w:styleId="1">
    <w:name w:val="heading 1"/>
    <w:basedOn w:val="a1"/>
    <w:next w:val="a1"/>
    <w:link w:val="10"/>
    <w:uiPriority w:val="9"/>
    <w:qFormat/>
    <w:rsid w:val="004A1BA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paragraph" w:styleId="21">
    <w:name w:val="heading 2"/>
    <w:basedOn w:val="a1"/>
    <w:next w:val="a1"/>
    <w:link w:val="22"/>
    <w:uiPriority w:val="9"/>
    <w:unhideWhenUsed/>
    <w:qFormat/>
    <w:rsid w:val="004A1BA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paragraph" w:styleId="31">
    <w:name w:val="heading 3"/>
    <w:basedOn w:val="a1"/>
    <w:next w:val="a1"/>
    <w:link w:val="32"/>
    <w:uiPriority w:val="9"/>
    <w:unhideWhenUsed/>
    <w:qFormat/>
    <w:rsid w:val="004A1B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4A1BA6"/>
    <w:pPr>
      <w:keepNext/>
      <w:keepLines/>
      <w:spacing w:before="40" w:after="0"/>
      <w:outlineLvl w:val="3"/>
    </w:pPr>
    <w:rPr>
      <w:i/>
      <w:iCs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4A1BA6"/>
    <w:pPr>
      <w:keepNext/>
      <w:keepLines/>
      <w:spacing w:before="40" w:after="0"/>
      <w:outlineLvl w:val="4"/>
    </w:pPr>
    <w:rPr>
      <w:color w:val="404040" w:themeColor="text1" w:themeTint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4A1BA6"/>
    <w:pPr>
      <w:keepNext/>
      <w:keepLines/>
      <w:spacing w:before="40" w:after="0"/>
      <w:outlineLvl w:val="5"/>
    </w:p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4A1BA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4A1BA6"/>
    <w:pPr>
      <w:keepNext/>
      <w:keepLines/>
      <w:spacing w:before="40" w:after="0"/>
      <w:outlineLvl w:val="7"/>
    </w:pPr>
    <w:rPr>
      <w:color w:val="262626" w:themeColor="text1" w:themeTint="D9"/>
      <w:sz w:val="21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4A1BA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4A1BA6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4A1BA6"/>
    <w:rPr>
      <w:rFonts w:asciiTheme="majorHAnsi" w:eastAsiaTheme="majorEastAsia" w:hAnsiTheme="majorHAnsi" w:cstheme="majorBidi"/>
      <w:color w:val="262626" w:themeColor="text1" w:themeTint="D9"/>
      <w:sz w:val="32"/>
      <w:szCs w:val="32"/>
    </w:rPr>
  </w:style>
  <w:style w:type="character" w:customStyle="1" w:styleId="22">
    <w:name w:val="見出し 2 (文字)"/>
    <w:basedOn w:val="a2"/>
    <w:link w:val="21"/>
    <w:uiPriority w:val="9"/>
    <w:rsid w:val="004A1BA6"/>
    <w:rPr>
      <w:rFonts w:asciiTheme="majorHAnsi" w:eastAsiaTheme="majorEastAsia" w:hAnsiTheme="majorHAnsi" w:cstheme="majorBidi"/>
      <w:color w:val="262626" w:themeColor="text1" w:themeTint="D9"/>
      <w:sz w:val="28"/>
      <w:szCs w:val="28"/>
    </w:rPr>
  </w:style>
  <w:style w:type="character" w:customStyle="1" w:styleId="32">
    <w:name w:val="見出し 3 (文字)"/>
    <w:basedOn w:val="a2"/>
    <w:link w:val="31"/>
    <w:uiPriority w:val="9"/>
    <w:rsid w:val="004A1BA6"/>
    <w:rPr>
      <w:rFonts w:asciiTheme="majorHAnsi" w:eastAsiaTheme="majorEastAsia" w:hAnsiTheme="majorHAnsi" w:cstheme="majorBidi"/>
      <w:color w:val="0D0D0D" w:themeColor="text1" w:themeTint="F2"/>
      <w:sz w:val="24"/>
      <w:szCs w:val="24"/>
    </w:rPr>
  </w:style>
  <w:style w:type="paragraph" w:styleId="aa">
    <w:name w:val="Title"/>
    <w:basedOn w:val="a1"/>
    <w:next w:val="a1"/>
    <w:link w:val="ab"/>
    <w:uiPriority w:val="10"/>
    <w:qFormat/>
    <w:rsid w:val="004A1B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b">
    <w:name w:val="表題 (文字)"/>
    <w:basedOn w:val="a2"/>
    <w:link w:val="aa"/>
    <w:uiPriority w:val="10"/>
    <w:rsid w:val="004A1BA6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c">
    <w:name w:val="Subtitle"/>
    <w:basedOn w:val="a1"/>
    <w:next w:val="a1"/>
    <w:link w:val="ad"/>
    <w:uiPriority w:val="11"/>
    <w:qFormat/>
    <w:rsid w:val="004A1BA6"/>
    <w:pPr>
      <w:numPr>
        <w:ilvl w:val="1"/>
      </w:numPr>
    </w:pPr>
    <w:rPr>
      <w:color w:val="5A5A5A" w:themeColor="text1" w:themeTint="A5"/>
      <w:spacing w:val="15"/>
    </w:rPr>
  </w:style>
  <w:style w:type="character" w:customStyle="1" w:styleId="ad">
    <w:name w:val="副題 (文字)"/>
    <w:basedOn w:val="a2"/>
    <w:link w:val="ac"/>
    <w:uiPriority w:val="11"/>
    <w:rsid w:val="004A1BA6"/>
    <w:rPr>
      <w:color w:val="5A5A5A" w:themeColor="text1" w:themeTint="A5"/>
      <w:spacing w:val="15"/>
    </w:rPr>
  </w:style>
  <w:style w:type="paragraph" w:styleId="ae">
    <w:name w:val="List Paragraph"/>
    <w:basedOn w:val="a1"/>
    <w:uiPriority w:val="34"/>
    <w:qFormat/>
    <w:rsid w:val="00FC693F"/>
    <w:pPr>
      <w:ind w:leftChars="400" w:left="840"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4A1BA6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af6">
    <w:name w:val="引用文 (文字)"/>
    <w:basedOn w:val="a2"/>
    <w:link w:val="af5"/>
    <w:uiPriority w:val="29"/>
    <w:rsid w:val="004A1BA6"/>
    <w:rPr>
      <w:i/>
      <w:iCs/>
      <w:color w:val="404040" w:themeColor="text1" w:themeTint="BF"/>
    </w:rPr>
  </w:style>
  <w:style w:type="character" w:customStyle="1" w:styleId="40">
    <w:name w:val="見出し 4 (文字)"/>
    <w:basedOn w:val="a2"/>
    <w:link w:val="4"/>
    <w:uiPriority w:val="9"/>
    <w:semiHidden/>
    <w:rsid w:val="004A1BA6"/>
    <w:rPr>
      <w:i/>
      <w:iCs/>
    </w:rPr>
  </w:style>
  <w:style w:type="character" w:customStyle="1" w:styleId="50">
    <w:name w:val="見出し 5 (文字)"/>
    <w:basedOn w:val="a2"/>
    <w:link w:val="5"/>
    <w:uiPriority w:val="9"/>
    <w:semiHidden/>
    <w:rsid w:val="004A1BA6"/>
    <w:rPr>
      <w:color w:val="404040" w:themeColor="text1" w:themeTint="BF"/>
    </w:rPr>
  </w:style>
  <w:style w:type="character" w:customStyle="1" w:styleId="60">
    <w:name w:val="見出し 6 (文字)"/>
    <w:basedOn w:val="a2"/>
    <w:link w:val="6"/>
    <w:uiPriority w:val="9"/>
    <w:semiHidden/>
    <w:rsid w:val="004A1BA6"/>
  </w:style>
  <w:style w:type="character" w:customStyle="1" w:styleId="70">
    <w:name w:val="見出し 7 (文字)"/>
    <w:basedOn w:val="a2"/>
    <w:link w:val="7"/>
    <w:uiPriority w:val="9"/>
    <w:semiHidden/>
    <w:rsid w:val="004A1BA6"/>
    <w:rPr>
      <w:rFonts w:asciiTheme="majorHAnsi" w:eastAsiaTheme="majorEastAsia" w:hAnsiTheme="majorHAnsi" w:cstheme="majorBidi"/>
      <w:i/>
      <w:iCs/>
    </w:rPr>
  </w:style>
  <w:style w:type="character" w:customStyle="1" w:styleId="80">
    <w:name w:val="見出し 8 (文字)"/>
    <w:basedOn w:val="a2"/>
    <w:link w:val="8"/>
    <w:uiPriority w:val="9"/>
    <w:semiHidden/>
    <w:rsid w:val="004A1BA6"/>
    <w:rPr>
      <w:color w:val="262626" w:themeColor="text1" w:themeTint="D9"/>
      <w:sz w:val="21"/>
      <w:szCs w:val="21"/>
    </w:rPr>
  </w:style>
  <w:style w:type="character" w:customStyle="1" w:styleId="90">
    <w:name w:val="見出し 9 (文字)"/>
    <w:basedOn w:val="a2"/>
    <w:link w:val="9"/>
    <w:uiPriority w:val="9"/>
    <w:semiHidden/>
    <w:rsid w:val="004A1BA6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af7">
    <w:name w:val="caption"/>
    <w:basedOn w:val="a1"/>
    <w:next w:val="a1"/>
    <w:uiPriority w:val="35"/>
    <w:semiHidden/>
    <w:unhideWhenUsed/>
    <w:qFormat/>
    <w:rsid w:val="004A1BA6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af8">
    <w:name w:val="Strong"/>
    <w:basedOn w:val="a2"/>
    <w:uiPriority w:val="22"/>
    <w:qFormat/>
    <w:rsid w:val="004A1BA6"/>
    <w:rPr>
      <w:b/>
      <w:bCs/>
      <w:color w:val="auto"/>
    </w:rPr>
  </w:style>
  <w:style w:type="character" w:styleId="af9">
    <w:name w:val="Emphasis"/>
    <w:basedOn w:val="a2"/>
    <w:uiPriority w:val="20"/>
    <w:qFormat/>
    <w:rsid w:val="004A1BA6"/>
    <w:rPr>
      <w:i/>
      <w:iCs/>
      <w:color w:val="auto"/>
    </w:rPr>
  </w:style>
  <w:style w:type="paragraph" w:styleId="27">
    <w:name w:val="Intense Quote"/>
    <w:basedOn w:val="a1"/>
    <w:next w:val="a1"/>
    <w:link w:val="28"/>
    <w:uiPriority w:val="30"/>
    <w:qFormat/>
    <w:rsid w:val="004A1BA6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8">
    <w:name w:val="引用文 2 (文字)"/>
    <w:basedOn w:val="a2"/>
    <w:link w:val="27"/>
    <w:uiPriority w:val="30"/>
    <w:rsid w:val="004A1BA6"/>
    <w:rPr>
      <w:i/>
      <w:iCs/>
      <w:color w:val="404040" w:themeColor="text1" w:themeTint="BF"/>
    </w:rPr>
  </w:style>
  <w:style w:type="character" w:styleId="afa">
    <w:name w:val="Subtle Emphasis"/>
    <w:basedOn w:val="a2"/>
    <w:uiPriority w:val="19"/>
    <w:qFormat/>
    <w:rsid w:val="004A1BA6"/>
    <w:rPr>
      <w:i/>
      <w:iCs/>
      <w:color w:val="404040" w:themeColor="text1" w:themeTint="BF"/>
    </w:rPr>
  </w:style>
  <w:style w:type="character" w:styleId="29">
    <w:name w:val="Intense Emphasis"/>
    <w:basedOn w:val="a2"/>
    <w:uiPriority w:val="21"/>
    <w:qFormat/>
    <w:rsid w:val="004A1BA6"/>
    <w:rPr>
      <w:b/>
      <w:bCs/>
      <w:i/>
      <w:iCs/>
      <w:color w:val="auto"/>
    </w:rPr>
  </w:style>
  <w:style w:type="character" w:styleId="afb">
    <w:name w:val="Subtle Reference"/>
    <w:basedOn w:val="a2"/>
    <w:uiPriority w:val="31"/>
    <w:qFormat/>
    <w:rsid w:val="004A1BA6"/>
    <w:rPr>
      <w:smallCaps/>
      <w:color w:val="404040" w:themeColor="text1" w:themeTint="BF"/>
    </w:rPr>
  </w:style>
  <w:style w:type="character" w:styleId="2a">
    <w:name w:val="Intense Reference"/>
    <w:basedOn w:val="a2"/>
    <w:uiPriority w:val="32"/>
    <w:qFormat/>
    <w:rsid w:val="004A1BA6"/>
    <w:rPr>
      <w:b/>
      <w:bCs/>
      <w:smallCaps/>
      <w:color w:val="404040" w:themeColor="text1" w:themeTint="BF"/>
      <w:spacing w:val="5"/>
    </w:rPr>
  </w:style>
  <w:style w:type="character" w:styleId="afc">
    <w:name w:val="Book Title"/>
    <w:basedOn w:val="a2"/>
    <w:uiPriority w:val="33"/>
    <w:qFormat/>
    <w:rsid w:val="004A1BA6"/>
    <w:rPr>
      <w:b/>
      <w:bCs/>
      <w:i/>
      <w:iC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4A1BA6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A5067F6-B979-49A3-94D8-40FF7853A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823</Words>
  <Characters>907</Characters>
  <Application>Microsoft Office Word</Application>
  <DocSecurity>0</DocSecurity>
  <Lines>64</Lines>
  <Paragraphs>36</Paragraphs>
  <ScaleCrop>false</ScaleCrop>
  <Manager/>
  <Company/>
  <LinksUpToDate>false</LinksUpToDate>
  <CharactersWithSpaces>1694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2026-07-15T07:13:00Z</dcterms:created>
  <dcterms:modified xsi:type="dcterms:W3CDTF">2026-07-15T07:13:00Z</dcterms:modified>
  <cp:category/>
</cp:coreProperties>
</file>